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90258" w14:textId="1BEB7EA3" w:rsidR="00C16E58" w:rsidRDefault="003D5939">
      <w:pPr>
        <w:spacing w:after="0"/>
        <w:jc w:val="center"/>
        <w:rPr>
          <w:lang w:eastAsia="ja-JP"/>
        </w:rPr>
      </w:pPr>
      <w:r>
        <w:rPr>
          <w:rFonts w:hint="eastAsia"/>
          <w:b/>
          <w:color w:val="000000"/>
          <w:sz w:val="30"/>
          <w:lang w:eastAsia="ja-JP"/>
        </w:rPr>
        <w:t>小型家電回収ボックス回収可能対象品リスト</w:t>
      </w:r>
    </w:p>
    <w:tbl>
      <w:tblPr>
        <w:tblW w:w="0" w:type="auto"/>
        <w:jc w:val="center"/>
        <w:tblLayout w:type="fixed"/>
        <w:tblLook w:val="04A0" w:firstRow="1" w:lastRow="0" w:firstColumn="1" w:lastColumn="0" w:noHBand="0" w:noVBand="1"/>
      </w:tblPr>
      <w:tblGrid>
        <w:gridCol w:w="453"/>
        <w:gridCol w:w="1417"/>
        <w:gridCol w:w="5839"/>
        <w:gridCol w:w="226"/>
        <w:gridCol w:w="453"/>
        <w:gridCol w:w="1417"/>
        <w:gridCol w:w="5839"/>
      </w:tblGrid>
      <w:tr w:rsidR="00C16E58" w14:paraId="3807D9F7" w14:textId="77777777">
        <w:trPr>
          <w:cantSplit/>
          <w:trHeight w:val="351"/>
          <w:jc w:val="center"/>
        </w:trPr>
        <w:tc>
          <w:tcPr>
            <w:tcW w:w="453"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74FCD003" w14:textId="77777777" w:rsidR="00C16E58" w:rsidRDefault="003D5939">
            <w:pPr>
              <w:spacing w:after="0"/>
              <w:jc w:val="center"/>
            </w:pPr>
            <w:r>
              <w:rPr>
                <w:sz w:val="18"/>
              </w:rPr>
              <w:t>1</w:t>
            </w:r>
          </w:p>
        </w:tc>
        <w:tc>
          <w:tcPr>
            <w:tcW w:w="1417" w:type="dxa"/>
            <w:vMerge w:val="restart"/>
            <w:tcBorders>
              <w:top w:val="single" w:sz="5" w:space="0" w:color="000000"/>
              <w:left w:val="single" w:sz="5" w:space="0" w:color="000000"/>
              <w:bottom w:val="single" w:sz="5" w:space="0" w:color="000000"/>
              <w:right w:val="single" w:sz="5" w:space="0" w:color="000000"/>
            </w:tcBorders>
            <w:shd w:val="clear" w:color="auto" w:fill="F2F2F2"/>
            <w:tcMar>
              <w:top w:w="22" w:type="dxa"/>
              <w:left w:w="38" w:type="dxa"/>
              <w:bottom w:w="22" w:type="dxa"/>
              <w:right w:w="38" w:type="dxa"/>
            </w:tcMar>
          </w:tcPr>
          <w:p w14:paraId="21C4EA45" w14:textId="77777777" w:rsidR="00C16E58" w:rsidRDefault="003D5939">
            <w:pPr>
              <w:spacing w:after="0" w:line="211" w:lineRule="auto"/>
            </w:pPr>
            <w:r>
              <w:rPr>
                <w:color w:val="000000"/>
                <w:sz w:val="17"/>
              </w:rPr>
              <w:t>通信機械器具</w:t>
            </w:r>
          </w:p>
        </w:tc>
        <w:tc>
          <w:tcPr>
            <w:tcW w:w="5839"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1A5C1131" w14:textId="77777777" w:rsidR="00C16E58" w:rsidRDefault="003D5939">
            <w:pPr>
              <w:spacing w:after="0" w:line="211" w:lineRule="auto"/>
              <w:rPr>
                <w:lang w:eastAsia="ja-JP"/>
              </w:rPr>
            </w:pPr>
            <w:r>
              <w:rPr>
                <w:color w:val="000000"/>
                <w:sz w:val="18"/>
                <w:lang w:eastAsia="ja-JP"/>
              </w:rPr>
              <w:t>電話機</w:t>
            </w:r>
            <w:r>
              <w:rPr>
                <w:b/>
                <w:color w:val="E60000"/>
                <w:sz w:val="18"/>
                <w:lang w:eastAsia="ja-JP"/>
              </w:rPr>
              <w:t>（ダイヤル式除く）</w:t>
            </w:r>
          </w:p>
        </w:tc>
        <w:tc>
          <w:tcPr>
            <w:tcW w:w="226" w:type="dxa"/>
            <w:tcBorders>
              <w:top w:val="nil"/>
              <w:left w:val="nil"/>
              <w:bottom w:val="nil"/>
              <w:right w:val="nil"/>
            </w:tcBorders>
            <w:tcMar>
              <w:top w:w="22" w:type="dxa"/>
              <w:left w:w="38" w:type="dxa"/>
              <w:bottom w:w="22" w:type="dxa"/>
              <w:right w:w="38" w:type="dxa"/>
            </w:tcMar>
            <w:vAlign w:val="center"/>
          </w:tcPr>
          <w:p w14:paraId="590C3A26" w14:textId="77777777" w:rsidR="00C16E58" w:rsidRDefault="00C16E58">
            <w:pPr>
              <w:spacing w:after="0" w:line="211" w:lineRule="auto"/>
              <w:rPr>
                <w:lang w:eastAsia="ja-JP"/>
              </w:rPr>
            </w:pPr>
          </w:p>
        </w:tc>
        <w:tc>
          <w:tcPr>
            <w:tcW w:w="453"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451FAA3B" w14:textId="77777777" w:rsidR="00C16E58" w:rsidRDefault="003D5939">
            <w:pPr>
              <w:spacing w:after="0"/>
              <w:jc w:val="center"/>
            </w:pPr>
            <w:r>
              <w:rPr>
                <w:sz w:val="18"/>
              </w:rPr>
              <w:t>19</w:t>
            </w:r>
          </w:p>
        </w:tc>
        <w:tc>
          <w:tcPr>
            <w:tcW w:w="1417" w:type="dxa"/>
            <w:vMerge w:val="restart"/>
            <w:tcBorders>
              <w:top w:val="single" w:sz="5" w:space="0" w:color="000000"/>
              <w:left w:val="single" w:sz="5" w:space="0" w:color="000000"/>
              <w:bottom w:val="single" w:sz="5" w:space="0" w:color="000000"/>
              <w:right w:val="single" w:sz="5" w:space="0" w:color="000000"/>
            </w:tcBorders>
            <w:shd w:val="clear" w:color="auto" w:fill="F2F2F2"/>
            <w:tcMar>
              <w:top w:w="22" w:type="dxa"/>
              <w:left w:w="38" w:type="dxa"/>
              <w:bottom w:w="22" w:type="dxa"/>
              <w:right w:w="38" w:type="dxa"/>
            </w:tcMar>
          </w:tcPr>
          <w:p w14:paraId="6AD27EE2" w14:textId="77777777" w:rsidR="00C16E58" w:rsidRDefault="003D5939">
            <w:pPr>
              <w:spacing w:after="0" w:line="211" w:lineRule="auto"/>
            </w:pPr>
            <w:r>
              <w:rPr>
                <w:color w:val="000000"/>
                <w:sz w:val="17"/>
              </w:rPr>
              <w:t>電子機械器具</w:t>
            </w:r>
          </w:p>
        </w:tc>
        <w:tc>
          <w:tcPr>
            <w:tcW w:w="5839"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285AA20F" w14:textId="77777777" w:rsidR="00C16E58" w:rsidRDefault="003D5939">
            <w:pPr>
              <w:spacing w:after="0" w:line="211" w:lineRule="auto"/>
              <w:rPr>
                <w:lang w:eastAsia="ja-JP"/>
              </w:rPr>
            </w:pPr>
            <w:r>
              <w:rPr>
                <w:color w:val="000000"/>
                <w:sz w:val="18"/>
                <w:lang w:eastAsia="ja-JP"/>
              </w:rPr>
              <w:t>一眼レフカメラ・フィルムカメラ</w:t>
            </w:r>
            <w:r>
              <w:rPr>
                <w:b/>
                <w:color w:val="E60000"/>
                <w:sz w:val="18"/>
                <w:lang w:eastAsia="ja-JP"/>
              </w:rPr>
              <w:t>（使い捨てカメラ・ポラロイドカメラ除きフィルムは外す）</w:t>
            </w:r>
          </w:p>
        </w:tc>
      </w:tr>
      <w:tr w:rsidR="00C16E58" w14:paraId="4063CE73" w14:textId="77777777">
        <w:trPr>
          <w:cantSplit/>
          <w:trHeight w:val="351"/>
          <w:jc w:val="center"/>
        </w:trPr>
        <w:tc>
          <w:tcPr>
            <w:tcW w:w="453"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20419B45" w14:textId="77777777" w:rsidR="00C16E58" w:rsidRDefault="003D5939">
            <w:pPr>
              <w:spacing w:after="0"/>
              <w:jc w:val="center"/>
            </w:pPr>
            <w:r>
              <w:rPr>
                <w:sz w:val="18"/>
              </w:rPr>
              <w:t>2</w:t>
            </w:r>
          </w:p>
        </w:tc>
        <w:tc>
          <w:tcPr>
            <w:tcW w:w="1417" w:type="dxa"/>
            <w:vMerge/>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0FEE64EF" w14:textId="77777777" w:rsidR="00C16E58" w:rsidRDefault="00C16E58">
            <w:pPr>
              <w:spacing w:after="0" w:line="211" w:lineRule="auto"/>
            </w:pPr>
          </w:p>
        </w:tc>
        <w:tc>
          <w:tcPr>
            <w:tcW w:w="5839"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47A2E783" w14:textId="77777777" w:rsidR="00C16E58" w:rsidRDefault="003D5939">
            <w:pPr>
              <w:spacing w:after="0" w:line="211" w:lineRule="auto"/>
              <w:rPr>
                <w:lang w:eastAsia="ja-JP"/>
              </w:rPr>
            </w:pPr>
            <w:r>
              <w:rPr>
                <w:color w:val="000000"/>
                <w:sz w:val="18"/>
                <w:lang w:eastAsia="ja-JP"/>
              </w:rPr>
              <w:t>ファクシミリ・卓上型複合機</w:t>
            </w:r>
            <w:r>
              <w:rPr>
                <w:b/>
                <w:color w:val="E60000"/>
                <w:sz w:val="18"/>
                <w:lang w:eastAsia="ja-JP"/>
              </w:rPr>
              <w:t>（インク・インクフィルム・リボン・感熱紙は外す）</w:t>
            </w:r>
          </w:p>
        </w:tc>
        <w:tc>
          <w:tcPr>
            <w:tcW w:w="226" w:type="dxa"/>
            <w:tcBorders>
              <w:top w:val="nil"/>
              <w:left w:val="nil"/>
              <w:bottom w:val="nil"/>
              <w:right w:val="nil"/>
            </w:tcBorders>
            <w:tcMar>
              <w:top w:w="22" w:type="dxa"/>
              <w:left w:w="38" w:type="dxa"/>
              <w:bottom w:w="22" w:type="dxa"/>
              <w:right w:w="38" w:type="dxa"/>
            </w:tcMar>
            <w:vAlign w:val="center"/>
          </w:tcPr>
          <w:p w14:paraId="4F985964" w14:textId="77777777" w:rsidR="00C16E58" w:rsidRDefault="00C16E58">
            <w:pPr>
              <w:spacing w:after="0" w:line="211" w:lineRule="auto"/>
              <w:rPr>
                <w:lang w:eastAsia="ja-JP"/>
              </w:rPr>
            </w:pPr>
          </w:p>
        </w:tc>
        <w:tc>
          <w:tcPr>
            <w:tcW w:w="453"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22AA3223" w14:textId="77777777" w:rsidR="00C16E58" w:rsidRDefault="003D5939">
            <w:pPr>
              <w:spacing w:after="0"/>
              <w:jc w:val="center"/>
            </w:pPr>
            <w:r>
              <w:rPr>
                <w:sz w:val="18"/>
              </w:rPr>
              <w:t>20</w:t>
            </w:r>
          </w:p>
        </w:tc>
        <w:tc>
          <w:tcPr>
            <w:tcW w:w="1417" w:type="dxa"/>
            <w:vMerge/>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76523643" w14:textId="77777777" w:rsidR="00C16E58" w:rsidRDefault="00C16E58">
            <w:pPr>
              <w:spacing w:after="0" w:line="211" w:lineRule="auto"/>
            </w:pPr>
          </w:p>
        </w:tc>
        <w:tc>
          <w:tcPr>
            <w:tcW w:w="5839"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4AF8A878" w14:textId="77777777" w:rsidR="00C16E58" w:rsidRDefault="003D5939">
            <w:pPr>
              <w:spacing w:after="0" w:line="211" w:lineRule="auto"/>
              <w:rPr>
                <w:lang w:eastAsia="ja-JP"/>
              </w:rPr>
            </w:pPr>
            <w:r>
              <w:rPr>
                <w:color w:val="000000"/>
                <w:sz w:val="18"/>
                <w:lang w:eastAsia="ja-JP"/>
              </w:rPr>
              <w:t>ドローン</w:t>
            </w:r>
            <w:r>
              <w:rPr>
                <w:b/>
                <w:color w:val="E60000"/>
                <w:sz w:val="18"/>
                <w:lang w:eastAsia="ja-JP"/>
              </w:rPr>
              <w:t>（業務用除く）</w:t>
            </w:r>
          </w:p>
        </w:tc>
      </w:tr>
      <w:tr w:rsidR="00C16E58" w14:paraId="7041DB64" w14:textId="77777777">
        <w:trPr>
          <w:cantSplit/>
          <w:trHeight w:val="351"/>
          <w:jc w:val="center"/>
        </w:trPr>
        <w:tc>
          <w:tcPr>
            <w:tcW w:w="453"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4FF3D6DC" w14:textId="77777777" w:rsidR="00C16E58" w:rsidRDefault="003D5939">
            <w:pPr>
              <w:spacing w:after="0"/>
              <w:jc w:val="center"/>
            </w:pPr>
            <w:r>
              <w:rPr>
                <w:sz w:val="18"/>
              </w:rPr>
              <w:t>3</w:t>
            </w:r>
          </w:p>
        </w:tc>
        <w:tc>
          <w:tcPr>
            <w:tcW w:w="1417" w:type="dxa"/>
            <w:vMerge/>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5886A1E4" w14:textId="77777777" w:rsidR="00C16E58" w:rsidRDefault="00C16E58">
            <w:pPr>
              <w:spacing w:after="0" w:line="211" w:lineRule="auto"/>
            </w:pPr>
          </w:p>
        </w:tc>
        <w:tc>
          <w:tcPr>
            <w:tcW w:w="5839"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3FFD9E37" w14:textId="77777777" w:rsidR="00C16E58" w:rsidRDefault="003D5939">
            <w:pPr>
              <w:spacing w:after="0" w:line="211" w:lineRule="auto"/>
              <w:rPr>
                <w:lang w:eastAsia="ja-JP"/>
              </w:rPr>
            </w:pPr>
            <w:r>
              <w:rPr>
                <w:color w:val="000000"/>
                <w:sz w:val="18"/>
                <w:lang w:eastAsia="ja-JP"/>
              </w:rPr>
              <w:t>携帯電話・PHS端末</w:t>
            </w:r>
          </w:p>
        </w:tc>
        <w:tc>
          <w:tcPr>
            <w:tcW w:w="226" w:type="dxa"/>
            <w:tcBorders>
              <w:top w:val="nil"/>
              <w:left w:val="nil"/>
              <w:bottom w:val="nil"/>
              <w:right w:val="nil"/>
            </w:tcBorders>
            <w:tcMar>
              <w:top w:w="22" w:type="dxa"/>
              <w:left w:w="38" w:type="dxa"/>
              <w:bottom w:w="22" w:type="dxa"/>
              <w:right w:w="38" w:type="dxa"/>
            </w:tcMar>
            <w:vAlign w:val="center"/>
          </w:tcPr>
          <w:p w14:paraId="7FAB7D84" w14:textId="77777777" w:rsidR="00C16E58" w:rsidRDefault="00C16E58">
            <w:pPr>
              <w:spacing w:after="0" w:line="211" w:lineRule="auto"/>
              <w:rPr>
                <w:lang w:eastAsia="ja-JP"/>
              </w:rPr>
            </w:pPr>
          </w:p>
        </w:tc>
        <w:tc>
          <w:tcPr>
            <w:tcW w:w="453"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70FB337A" w14:textId="77777777" w:rsidR="00C16E58" w:rsidRDefault="003D5939">
            <w:pPr>
              <w:spacing w:after="0"/>
              <w:jc w:val="center"/>
            </w:pPr>
            <w:r>
              <w:rPr>
                <w:sz w:val="18"/>
              </w:rPr>
              <w:t>21</w:t>
            </w:r>
          </w:p>
        </w:tc>
        <w:tc>
          <w:tcPr>
            <w:tcW w:w="1417" w:type="dxa"/>
            <w:vMerge w:val="restart"/>
            <w:tcBorders>
              <w:top w:val="single" w:sz="5" w:space="0" w:color="000000"/>
              <w:left w:val="single" w:sz="5" w:space="0" w:color="000000"/>
              <w:bottom w:val="single" w:sz="5" w:space="0" w:color="000000"/>
              <w:right w:val="single" w:sz="5" w:space="0" w:color="000000"/>
            </w:tcBorders>
            <w:shd w:val="clear" w:color="auto" w:fill="F2F2F2"/>
            <w:tcMar>
              <w:top w:w="22" w:type="dxa"/>
              <w:left w:w="38" w:type="dxa"/>
              <w:bottom w:w="22" w:type="dxa"/>
              <w:right w:w="38" w:type="dxa"/>
            </w:tcMar>
          </w:tcPr>
          <w:p w14:paraId="6FF2B957" w14:textId="77777777" w:rsidR="00C16E58" w:rsidRDefault="003D5939">
            <w:pPr>
              <w:spacing w:after="0" w:line="211" w:lineRule="auto"/>
            </w:pPr>
            <w:r>
              <w:rPr>
                <w:color w:val="000000"/>
                <w:sz w:val="17"/>
              </w:rPr>
              <w:t>カー用品</w:t>
            </w:r>
          </w:p>
        </w:tc>
        <w:tc>
          <w:tcPr>
            <w:tcW w:w="5839"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4DBD3FB5" w14:textId="77777777" w:rsidR="00C16E58" w:rsidRDefault="003D5939">
            <w:pPr>
              <w:spacing w:after="0" w:line="211" w:lineRule="auto"/>
              <w:rPr>
                <w:lang w:eastAsia="ja-JP"/>
              </w:rPr>
            </w:pPr>
            <w:r>
              <w:rPr>
                <w:color w:val="000000"/>
                <w:sz w:val="18"/>
                <w:lang w:eastAsia="ja-JP"/>
              </w:rPr>
              <w:t>カーナビゲーションシステム</w:t>
            </w:r>
          </w:p>
        </w:tc>
      </w:tr>
      <w:tr w:rsidR="00C16E58" w14:paraId="22C9E390" w14:textId="77777777">
        <w:trPr>
          <w:cantSplit/>
          <w:trHeight w:val="351"/>
          <w:jc w:val="center"/>
        </w:trPr>
        <w:tc>
          <w:tcPr>
            <w:tcW w:w="453"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298A86F6" w14:textId="77777777" w:rsidR="00C16E58" w:rsidRDefault="003D5939">
            <w:pPr>
              <w:spacing w:after="0"/>
              <w:jc w:val="center"/>
            </w:pPr>
            <w:r>
              <w:rPr>
                <w:sz w:val="18"/>
              </w:rPr>
              <w:t>4</w:t>
            </w:r>
          </w:p>
        </w:tc>
        <w:tc>
          <w:tcPr>
            <w:tcW w:w="1417" w:type="dxa"/>
            <w:vMerge/>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42685A1E" w14:textId="77777777" w:rsidR="00C16E58" w:rsidRDefault="00C16E58">
            <w:pPr>
              <w:spacing w:after="0" w:line="211" w:lineRule="auto"/>
            </w:pPr>
          </w:p>
        </w:tc>
        <w:tc>
          <w:tcPr>
            <w:tcW w:w="5839"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38560711" w14:textId="77777777" w:rsidR="00C16E58" w:rsidRDefault="003D5939">
            <w:pPr>
              <w:spacing w:after="0" w:line="211" w:lineRule="auto"/>
              <w:rPr>
                <w:lang w:eastAsia="ja-JP"/>
              </w:rPr>
            </w:pPr>
            <w:r>
              <w:rPr>
                <w:color w:val="000000"/>
                <w:sz w:val="18"/>
                <w:lang w:eastAsia="ja-JP"/>
              </w:rPr>
              <w:t>スマートフォン</w:t>
            </w:r>
            <w:r w:rsidRPr="003D5939">
              <w:rPr>
                <w:b/>
                <w:bCs/>
                <w:color w:val="FF0000"/>
                <w:sz w:val="18"/>
                <w:lang w:eastAsia="ja-JP"/>
              </w:rPr>
              <w:t>（SDカードを外す）</w:t>
            </w:r>
          </w:p>
        </w:tc>
        <w:tc>
          <w:tcPr>
            <w:tcW w:w="226" w:type="dxa"/>
            <w:tcBorders>
              <w:top w:val="nil"/>
              <w:left w:val="nil"/>
              <w:bottom w:val="nil"/>
              <w:right w:val="nil"/>
            </w:tcBorders>
            <w:tcMar>
              <w:top w:w="22" w:type="dxa"/>
              <w:left w:w="38" w:type="dxa"/>
              <w:bottom w:w="22" w:type="dxa"/>
              <w:right w:w="38" w:type="dxa"/>
            </w:tcMar>
            <w:vAlign w:val="center"/>
          </w:tcPr>
          <w:p w14:paraId="5759ECAB" w14:textId="77777777" w:rsidR="00C16E58" w:rsidRDefault="00C16E58">
            <w:pPr>
              <w:spacing w:after="0" w:line="211" w:lineRule="auto"/>
              <w:rPr>
                <w:lang w:eastAsia="ja-JP"/>
              </w:rPr>
            </w:pPr>
          </w:p>
        </w:tc>
        <w:tc>
          <w:tcPr>
            <w:tcW w:w="453"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2FD93FA1" w14:textId="77777777" w:rsidR="00C16E58" w:rsidRDefault="003D5939">
            <w:pPr>
              <w:spacing w:after="0"/>
              <w:jc w:val="center"/>
            </w:pPr>
            <w:r>
              <w:rPr>
                <w:sz w:val="18"/>
              </w:rPr>
              <w:t>22</w:t>
            </w:r>
          </w:p>
        </w:tc>
        <w:tc>
          <w:tcPr>
            <w:tcW w:w="1417" w:type="dxa"/>
            <w:vMerge/>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3C6ABF5B" w14:textId="77777777" w:rsidR="00C16E58" w:rsidRDefault="00C16E58">
            <w:pPr>
              <w:spacing w:after="0" w:line="211" w:lineRule="auto"/>
            </w:pPr>
          </w:p>
        </w:tc>
        <w:tc>
          <w:tcPr>
            <w:tcW w:w="5839"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663BE4EA" w14:textId="77777777" w:rsidR="00C16E58" w:rsidRDefault="003D5939">
            <w:pPr>
              <w:spacing w:after="0" w:line="211" w:lineRule="auto"/>
            </w:pPr>
            <w:r>
              <w:rPr>
                <w:color w:val="000000"/>
                <w:sz w:val="18"/>
              </w:rPr>
              <w:t>カーカラーテレビ</w:t>
            </w:r>
          </w:p>
        </w:tc>
      </w:tr>
      <w:tr w:rsidR="00C16E58" w14:paraId="4DA63421" w14:textId="77777777">
        <w:trPr>
          <w:cantSplit/>
          <w:trHeight w:val="351"/>
          <w:jc w:val="center"/>
        </w:trPr>
        <w:tc>
          <w:tcPr>
            <w:tcW w:w="453"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362BDD23" w14:textId="77777777" w:rsidR="00C16E58" w:rsidRDefault="003D5939">
            <w:pPr>
              <w:spacing w:after="0"/>
              <w:jc w:val="center"/>
            </w:pPr>
            <w:r>
              <w:rPr>
                <w:sz w:val="18"/>
              </w:rPr>
              <w:t>5</w:t>
            </w:r>
          </w:p>
        </w:tc>
        <w:tc>
          <w:tcPr>
            <w:tcW w:w="1417" w:type="dxa"/>
            <w:vMerge w:val="restart"/>
            <w:tcBorders>
              <w:top w:val="single" w:sz="5" w:space="0" w:color="000000"/>
              <w:left w:val="single" w:sz="5" w:space="0" w:color="000000"/>
              <w:bottom w:val="single" w:sz="5" w:space="0" w:color="000000"/>
              <w:right w:val="single" w:sz="5" w:space="0" w:color="000000"/>
            </w:tcBorders>
            <w:shd w:val="clear" w:color="auto" w:fill="F2F2F2"/>
            <w:tcMar>
              <w:top w:w="22" w:type="dxa"/>
              <w:left w:w="38" w:type="dxa"/>
              <w:bottom w:w="22" w:type="dxa"/>
              <w:right w:w="38" w:type="dxa"/>
            </w:tcMar>
          </w:tcPr>
          <w:p w14:paraId="4BCF48AD" w14:textId="77777777" w:rsidR="00C16E58" w:rsidRDefault="003D5939">
            <w:pPr>
              <w:spacing w:after="0" w:line="211" w:lineRule="auto"/>
            </w:pPr>
            <w:r>
              <w:rPr>
                <w:color w:val="000000"/>
                <w:sz w:val="17"/>
              </w:rPr>
              <w:t>電子機械器具</w:t>
            </w:r>
          </w:p>
        </w:tc>
        <w:tc>
          <w:tcPr>
            <w:tcW w:w="5839"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6A240131" w14:textId="77777777" w:rsidR="00C16E58" w:rsidRDefault="003D5939">
            <w:pPr>
              <w:spacing w:after="0" w:line="211" w:lineRule="auto"/>
              <w:rPr>
                <w:lang w:eastAsia="ja-JP"/>
              </w:rPr>
            </w:pPr>
            <w:r>
              <w:rPr>
                <w:color w:val="000000"/>
                <w:sz w:val="18"/>
                <w:lang w:eastAsia="ja-JP"/>
              </w:rPr>
              <w:t>ラジオ</w:t>
            </w:r>
            <w:r>
              <w:rPr>
                <w:b/>
                <w:color w:val="E60000"/>
                <w:sz w:val="18"/>
                <w:lang w:eastAsia="ja-JP"/>
              </w:rPr>
              <w:t>（電池は外す）</w:t>
            </w:r>
          </w:p>
        </w:tc>
        <w:tc>
          <w:tcPr>
            <w:tcW w:w="226" w:type="dxa"/>
            <w:tcBorders>
              <w:top w:val="nil"/>
              <w:left w:val="nil"/>
              <w:bottom w:val="nil"/>
              <w:right w:val="nil"/>
            </w:tcBorders>
            <w:tcMar>
              <w:top w:w="22" w:type="dxa"/>
              <w:left w:w="38" w:type="dxa"/>
              <w:bottom w:w="22" w:type="dxa"/>
              <w:right w:w="38" w:type="dxa"/>
            </w:tcMar>
            <w:vAlign w:val="center"/>
          </w:tcPr>
          <w:p w14:paraId="024EA7AC" w14:textId="77777777" w:rsidR="00C16E58" w:rsidRDefault="00C16E58">
            <w:pPr>
              <w:spacing w:after="0" w:line="211" w:lineRule="auto"/>
              <w:rPr>
                <w:lang w:eastAsia="ja-JP"/>
              </w:rPr>
            </w:pPr>
          </w:p>
        </w:tc>
        <w:tc>
          <w:tcPr>
            <w:tcW w:w="453"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1E83100F" w14:textId="77777777" w:rsidR="00C16E58" w:rsidRDefault="003D5939">
            <w:pPr>
              <w:spacing w:after="0"/>
              <w:jc w:val="center"/>
            </w:pPr>
            <w:r>
              <w:rPr>
                <w:sz w:val="18"/>
              </w:rPr>
              <w:t>23</w:t>
            </w:r>
          </w:p>
        </w:tc>
        <w:tc>
          <w:tcPr>
            <w:tcW w:w="1417" w:type="dxa"/>
            <w:vMerge/>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250BC720" w14:textId="77777777" w:rsidR="00C16E58" w:rsidRDefault="00C16E58">
            <w:pPr>
              <w:spacing w:after="0" w:line="211" w:lineRule="auto"/>
            </w:pPr>
          </w:p>
        </w:tc>
        <w:tc>
          <w:tcPr>
            <w:tcW w:w="5839"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4FE2DF88" w14:textId="77777777" w:rsidR="00C16E58" w:rsidRDefault="003D5939">
            <w:pPr>
              <w:spacing w:after="0" w:line="211" w:lineRule="auto"/>
              <w:rPr>
                <w:lang w:eastAsia="ja-JP"/>
              </w:rPr>
            </w:pPr>
            <w:r>
              <w:rPr>
                <w:color w:val="000000"/>
                <w:sz w:val="18"/>
                <w:lang w:eastAsia="ja-JP"/>
              </w:rPr>
              <w:t>カーDVD・CD等カーオーディオ類</w:t>
            </w:r>
          </w:p>
        </w:tc>
      </w:tr>
      <w:tr w:rsidR="00C16E58" w14:paraId="04D3693B" w14:textId="77777777">
        <w:trPr>
          <w:cantSplit/>
          <w:trHeight w:val="351"/>
          <w:jc w:val="center"/>
        </w:trPr>
        <w:tc>
          <w:tcPr>
            <w:tcW w:w="453"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7C2ABA04" w14:textId="77777777" w:rsidR="00C16E58" w:rsidRDefault="003D5939">
            <w:pPr>
              <w:spacing w:after="0"/>
              <w:jc w:val="center"/>
            </w:pPr>
            <w:r>
              <w:rPr>
                <w:sz w:val="18"/>
              </w:rPr>
              <w:t>6</w:t>
            </w:r>
          </w:p>
        </w:tc>
        <w:tc>
          <w:tcPr>
            <w:tcW w:w="1417" w:type="dxa"/>
            <w:vMerge/>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0E2F181A" w14:textId="77777777" w:rsidR="00C16E58" w:rsidRDefault="00C16E58">
            <w:pPr>
              <w:spacing w:after="0" w:line="211" w:lineRule="auto"/>
            </w:pPr>
          </w:p>
        </w:tc>
        <w:tc>
          <w:tcPr>
            <w:tcW w:w="5839"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3FBC5F9B" w14:textId="77777777" w:rsidR="00C16E58" w:rsidRDefault="003D5939">
            <w:pPr>
              <w:spacing w:after="0" w:line="211" w:lineRule="auto"/>
              <w:rPr>
                <w:lang w:eastAsia="ja-JP"/>
              </w:rPr>
            </w:pPr>
            <w:r>
              <w:rPr>
                <w:color w:val="000000"/>
                <w:sz w:val="18"/>
                <w:lang w:eastAsia="ja-JP"/>
              </w:rPr>
              <w:t>ビデオテープレコーダー</w:t>
            </w:r>
            <w:r>
              <w:rPr>
                <w:b/>
                <w:color w:val="E60000"/>
                <w:sz w:val="18"/>
                <w:lang w:eastAsia="ja-JP"/>
              </w:rPr>
              <w:t>（テープは外す）</w:t>
            </w:r>
          </w:p>
        </w:tc>
        <w:tc>
          <w:tcPr>
            <w:tcW w:w="226" w:type="dxa"/>
            <w:tcBorders>
              <w:top w:val="nil"/>
              <w:left w:val="nil"/>
              <w:bottom w:val="nil"/>
              <w:right w:val="nil"/>
            </w:tcBorders>
            <w:tcMar>
              <w:top w:w="22" w:type="dxa"/>
              <w:left w:w="38" w:type="dxa"/>
              <w:bottom w:w="22" w:type="dxa"/>
              <w:right w:w="38" w:type="dxa"/>
            </w:tcMar>
            <w:vAlign w:val="center"/>
          </w:tcPr>
          <w:p w14:paraId="38ACA60F" w14:textId="77777777" w:rsidR="00C16E58" w:rsidRDefault="00C16E58">
            <w:pPr>
              <w:spacing w:after="0" w:line="211" w:lineRule="auto"/>
              <w:rPr>
                <w:lang w:eastAsia="ja-JP"/>
              </w:rPr>
            </w:pPr>
          </w:p>
        </w:tc>
        <w:tc>
          <w:tcPr>
            <w:tcW w:w="453"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526B64BD" w14:textId="77777777" w:rsidR="00C16E58" w:rsidRDefault="003D5939">
            <w:pPr>
              <w:spacing w:after="0"/>
              <w:jc w:val="center"/>
            </w:pPr>
            <w:r>
              <w:rPr>
                <w:sz w:val="18"/>
              </w:rPr>
              <w:t>24</w:t>
            </w:r>
          </w:p>
        </w:tc>
        <w:tc>
          <w:tcPr>
            <w:tcW w:w="1417" w:type="dxa"/>
            <w:vMerge/>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7D0497F3" w14:textId="77777777" w:rsidR="00C16E58" w:rsidRDefault="00C16E58">
            <w:pPr>
              <w:spacing w:after="0" w:line="211" w:lineRule="auto"/>
            </w:pPr>
          </w:p>
        </w:tc>
        <w:tc>
          <w:tcPr>
            <w:tcW w:w="5839"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344637B2" w14:textId="77777777" w:rsidR="00C16E58" w:rsidRDefault="003D5939">
            <w:pPr>
              <w:spacing w:after="0" w:line="211" w:lineRule="auto"/>
            </w:pPr>
            <w:r>
              <w:rPr>
                <w:color w:val="000000"/>
                <w:sz w:val="18"/>
              </w:rPr>
              <w:t>ETC車載ユニット</w:t>
            </w:r>
          </w:p>
        </w:tc>
      </w:tr>
      <w:tr w:rsidR="00C16E58" w14:paraId="3B9A380F" w14:textId="77777777">
        <w:trPr>
          <w:cantSplit/>
          <w:trHeight w:val="351"/>
          <w:jc w:val="center"/>
        </w:trPr>
        <w:tc>
          <w:tcPr>
            <w:tcW w:w="453"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3D78AD70" w14:textId="77777777" w:rsidR="00C16E58" w:rsidRDefault="003D5939">
            <w:pPr>
              <w:spacing w:after="0"/>
              <w:jc w:val="center"/>
            </w:pPr>
            <w:r>
              <w:rPr>
                <w:sz w:val="18"/>
              </w:rPr>
              <w:t>7</w:t>
            </w:r>
          </w:p>
        </w:tc>
        <w:tc>
          <w:tcPr>
            <w:tcW w:w="1417" w:type="dxa"/>
            <w:vMerge/>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59A27395" w14:textId="77777777" w:rsidR="00C16E58" w:rsidRDefault="00C16E58">
            <w:pPr>
              <w:spacing w:after="0" w:line="211" w:lineRule="auto"/>
            </w:pPr>
          </w:p>
        </w:tc>
        <w:tc>
          <w:tcPr>
            <w:tcW w:w="5839"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4839096C" w14:textId="77777777" w:rsidR="00C16E58" w:rsidRDefault="003D5939">
            <w:pPr>
              <w:spacing w:after="0" w:line="211" w:lineRule="auto"/>
              <w:rPr>
                <w:lang w:eastAsia="ja-JP"/>
              </w:rPr>
            </w:pPr>
            <w:r>
              <w:rPr>
                <w:color w:val="000000"/>
                <w:sz w:val="18"/>
                <w:lang w:eastAsia="ja-JP"/>
              </w:rPr>
              <w:t>BD/DVDプレーヤー</w:t>
            </w:r>
            <w:r>
              <w:rPr>
                <w:b/>
                <w:color w:val="E60000"/>
                <w:sz w:val="18"/>
                <w:lang w:eastAsia="ja-JP"/>
              </w:rPr>
              <w:t>（ディスクは外す）</w:t>
            </w:r>
          </w:p>
        </w:tc>
        <w:tc>
          <w:tcPr>
            <w:tcW w:w="226" w:type="dxa"/>
            <w:tcBorders>
              <w:top w:val="nil"/>
              <w:left w:val="nil"/>
              <w:bottom w:val="nil"/>
              <w:right w:val="nil"/>
            </w:tcBorders>
            <w:tcMar>
              <w:top w:w="22" w:type="dxa"/>
              <w:left w:w="38" w:type="dxa"/>
              <w:bottom w:w="22" w:type="dxa"/>
              <w:right w:w="38" w:type="dxa"/>
            </w:tcMar>
            <w:vAlign w:val="center"/>
          </w:tcPr>
          <w:p w14:paraId="4F2B5C76" w14:textId="77777777" w:rsidR="00C16E58" w:rsidRDefault="00C16E58">
            <w:pPr>
              <w:spacing w:after="0" w:line="211" w:lineRule="auto"/>
              <w:rPr>
                <w:lang w:eastAsia="ja-JP"/>
              </w:rPr>
            </w:pPr>
          </w:p>
        </w:tc>
        <w:tc>
          <w:tcPr>
            <w:tcW w:w="453"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4D86E7BE" w14:textId="77777777" w:rsidR="00C16E58" w:rsidRDefault="003D5939">
            <w:pPr>
              <w:spacing w:after="0"/>
              <w:jc w:val="center"/>
            </w:pPr>
            <w:r>
              <w:rPr>
                <w:sz w:val="18"/>
              </w:rPr>
              <w:t>25</w:t>
            </w:r>
          </w:p>
        </w:tc>
        <w:tc>
          <w:tcPr>
            <w:tcW w:w="1417" w:type="dxa"/>
            <w:vMerge w:val="restart"/>
            <w:tcBorders>
              <w:top w:val="single" w:sz="5" w:space="0" w:color="000000"/>
              <w:left w:val="single" w:sz="5" w:space="0" w:color="000000"/>
              <w:bottom w:val="single" w:sz="5" w:space="0" w:color="000000"/>
              <w:right w:val="single" w:sz="5" w:space="0" w:color="000000"/>
            </w:tcBorders>
            <w:shd w:val="clear" w:color="auto" w:fill="F2F2F2"/>
            <w:tcMar>
              <w:top w:w="22" w:type="dxa"/>
              <w:left w:w="38" w:type="dxa"/>
              <w:bottom w:w="22" w:type="dxa"/>
              <w:right w:w="38" w:type="dxa"/>
            </w:tcMar>
          </w:tcPr>
          <w:p w14:paraId="4B754BCC" w14:textId="77777777" w:rsidR="00C16E58" w:rsidRDefault="003D5939">
            <w:pPr>
              <w:spacing w:after="0" w:line="211" w:lineRule="auto"/>
            </w:pPr>
            <w:r>
              <w:rPr>
                <w:color w:val="000000"/>
                <w:sz w:val="17"/>
              </w:rPr>
              <w:t>パソコン類</w:t>
            </w:r>
          </w:p>
        </w:tc>
        <w:tc>
          <w:tcPr>
            <w:tcW w:w="5839"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6DE9C0E6" w14:textId="353B2DA8" w:rsidR="00C16E58" w:rsidRDefault="003D5939">
            <w:pPr>
              <w:spacing w:after="0" w:line="211" w:lineRule="auto"/>
              <w:rPr>
                <w:lang w:eastAsia="ja-JP"/>
              </w:rPr>
            </w:pPr>
            <w:r>
              <w:rPr>
                <w:color w:val="000000"/>
                <w:sz w:val="18"/>
                <w:lang w:eastAsia="ja-JP"/>
              </w:rPr>
              <w:t>デスクトップ・ノート・一体型パソコン・サーバー等</w:t>
            </w:r>
          </w:p>
        </w:tc>
      </w:tr>
      <w:tr w:rsidR="00C16E58" w14:paraId="044F3371" w14:textId="77777777">
        <w:trPr>
          <w:cantSplit/>
          <w:trHeight w:val="351"/>
          <w:jc w:val="center"/>
        </w:trPr>
        <w:tc>
          <w:tcPr>
            <w:tcW w:w="453"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26655EB5" w14:textId="77777777" w:rsidR="00C16E58" w:rsidRDefault="003D5939">
            <w:pPr>
              <w:spacing w:after="0"/>
              <w:jc w:val="center"/>
            </w:pPr>
            <w:r>
              <w:rPr>
                <w:sz w:val="18"/>
              </w:rPr>
              <w:t>8</w:t>
            </w:r>
          </w:p>
        </w:tc>
        <w:tc>
          <w:tcPr>
            <w:tcW w:w="1417" w:type="dxa"/>
            <w:vMerge/>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19EF15A1" w14:textId="77777777" w:rsidR="00C16E58" w:rsidRDefault="00C16E58">
            <w:pPr>
              <w:spacing w:after="0" w:line="211" w:lineRule="auto"/>
            </w:pPr>
          </w:p>
        </w:tc>
        <w:tc>
          <w:tcPr>
            <w:tcW w:w="5839"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041D8D18" w14:textId="77777777" w:rsidR="00C16E58" w:rsidRDefault="003D5939">
            <w:pPr>
              <w:spacing w:after="0" w:line="211" w:lineRule="auto"/>
              <w:rPr>
                <w:lang w:eastAsia="ja-JP"/>
              </w:rPr>
            </w:pPr>
            <w:r>
              <w:rPr>
                <w:color w:val="000000"/>
                <w:sz w:val="18"/>
                <w:lang w:eastAsia="ja-JP"/>
              </w:rPr>
              <w:t>HDDレコーダー（DVD・BD）</w:t>
            </w:r>
            <w:r>
              <w:rPr>
                <w:b/>
                <w:color w:val="E60000"/>
                <w:sz w:val="18"/>
                <w:lang w:eastAsia="ja-JP"/>
              </w:rPr>
              <w:t>（ディスクは外す）</w:t>
            </w:r>
          </w:p>
        </w:tc>
        <w:tc>
          <w:tcPr>
            <w:tcW w:w="226" w:type="dxa"/>
            <w:tcBorders>
              <w:top w:val="nil"/>
              <w:left w:val="nil"/>
              <w:bottom w:val="nil"/>
              <w:right w:val="nil"/>
            </w:tcBorders>
            <w:tcMar>
              <w:top w:w="22" w:type="dxa"/>
              <w:left w:w="38" w:type="dxa"/>
              <w:bottom w:w="22" w:type="dxa"/>
              <w:right w:w="38" w:type="dxa"/>
            </w:tcMar>
            <w:vAlign w:val="center"/>
          </w:tcPr>
          <w:p w14:paraId="7CBA8FC2" w14:textId="77777777" w:rsidR="00C16E58" w:rsidRDefault="00C16E58">
            <w:pPr>
              <w:spacing w:after="0" w:line="211" w:lineRule="auto"/>
              <w:rPr>
                <w:lang w:eastAsia="ja-JP"/>
              </w:rPr>
            </w:pPr>
          </w:p>
        </w:tc>
        <w:tc>
          <w:tcPr>
            <w:tcW w:w="453"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1C29EE9A" w14:textId="77777777" w:rsidR="00C16E58" w:rsidRDefault="003D5939">
            <w:pPr>
              <w:spacing w:after="0"/>
              <w:jc w:val="center"/>
            </w:pPr>
            <w:r>
              <w:rPr>
                <w:sz w:val="18"/>
              </w:rPr>
              <w:t>26</w:t>
            </w:r>
          </w:p>
        </w:tc>
        <w:tc>
          <w:tcPr>
            <w:tcW w:w="1417" w:type="dxa"/>
            <w:vMerge/>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0FB35DCB" w14:textId="77777777" w:rsidR="00C16E58" w:rsidRDefault="00C16E58">
            <w:pPr>
              <w:spacing w:after="0" w:line="211" w:lineRule="auto"/>
            </w:pPr>
          </w:p>
        </w:tc>
        <w:tc>
          <w:tcPr>
            <w:tcW w:w="5839"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6F21F209" w14:textId="77777777" w:rsidR="00C16E58" w:rsidRDefault="003D5939">
            <w:pPr>
              <w:spacing w:after="0" w:line="211" w:lineRule="auto"/>
            </w:pPr>
            <w:r>
              <w:rPr>
                <w:color w:val="000000"/>
                <w:sz w:val="18"/>
              </w:rPr>
              <w:t>液晶モニター</w:t>
            </w:r>
          </w:p>
        </w:tc>
      </w:tr>
      <w:tr w:rsidR="00C16E58" w14:paraId="0E4ADFB7" w14:textId="77777777">
        <w:trPr>
          <w:cantSplit/>
          <w:trHeight w:val="351"/>
          <w:jc w:val="center"/>
        </w:trPr>
        <w:tc>
          <w:tcPr>
            <w:tcW w:w="453"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6D752661" w14:textId="77777777" w:rsidR="00C16E58" w:rsidRDefault="003D5939">
            <w:pPr>
              <w:spacing w:after="0"/>
              <w:jc w:val="center"/>
            </w:pPr>
            <w:r>
              <w:rPr>
                <w:sz w:val="18"/>
              </w:rPr>
              <w:t>9</w:t>
            </w:r>
          </w:p>
        </w:tc>
        <w:tc>
          <w:tcPr>
            <w:tcW w:w="1417" w:type="dxa"/>
            <w:vMerge/>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424E3726" w14:textId="77777777" w:rsidR="00C16E58" w:rsidRDefault="00C16E58">
            <w:pPr>
              <w:spacing w:after="0" w:line="211" w:lineRule="auto"/>
            </w:pPr>
          </w:p>
        </w:tc>
        <w:tc>
          <w:tcPr>
            <w:tcW w:w="5839"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4DA67376" w14:textId="77777777" w:rsidR="00C16E58" w:rsidRDefault="003D5939">
            <w:pPr>
              <w:spacing w:after="0" w:line="211" w:lineRule="auto"/>
              <w:rPr>
                <w:lang w:eastAsia="ja-JP"/>
              </w:rPr>
            </w:pPr>
            <w:r>
              <w:rPr>
                <w:color w:val="000000"/>
                <w:sz w:val="18"/>
                <w:lang w:eastAsia="ja-JP"/>
              </w:rPr>
              <w:t>ビデオカメラ</w:t>
            </w:r>
            <w:r>
              <w:rPr>
                <w:b/>
                <w:color w:val="E60000"/>
                <w:sz w:val="18"/>
                <w:lang w:eastAsia="ja-JP"/>
              </w:rPr>
              <w:t>（テープ及びディスク・SDカードは外す）</w:t>
            </w:r>
          </w:p>
        </w:tc>
        <w:tc>
          <w:tcPr>
            <w:tcW w:w="226" w:type="dxa"/>
            <w:tcBorders>
              <w:top w:val="nil"/>
              <w:left w:val="nil"/>
              <w:bottom w:val="nil"/>
              <w:right w:val="nil"/>
            </w:tcBorders>
            <w:tcMar>
              <w:top w:w="22" w:type="dxa"/>
              <w:left w:w="38" w:type="dxa"/>
              <w:bottom w:w="22" w:type="dxa"/>
              <w:right w:w="38" w:type="dxa"/>
            </w:tcMar>
            <w:vAlign w:val="center"/>
          </w:tcPr>
          <w:p w14:paraId="05A85AB9" w14:textId="77777777" w:rsidR="00C16E58" w:rsidRDefault="00C16E58">
            <w:pPr>
              <w:spacing w:after="0" w:line="211" w:lineRule="auto"/>
              <w:rPr>
                <w:lang w:eastAsia="ja-JP"/>
              </w:rPr>
            </w:pPr>
          </w:p>
        </w:tc>
        <w:tc>
          <w:tcPr>
            <w:tcW w:w="453"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26AD316B" w14:textId="77777777" w:rsidR="00C16E58" w:rsidRDefault="003D5939">
            <w:pPr>
              <w:spacing w:after="0"/>
              <w:jc w:val="center"/>
            </w:pPr>
            <w:r>
              <w:rPr>
                <w:sz w:val="18"/>
              </w:rPr>
              <w:t>27</w:t>
            </w:r>
          </w:p>
        </w:tc>
        <w:tc>
          <w:tcPr>
            <w:tcW w:w="1417" w:type="dxa"/>
            <w:vMerge/>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5D4D90EA" w14:textId="77777777" w:rsidR="00C16E58" w:rsidRDefault="00C16E58">
            <w:pPr>
              <w:spacing w:after="0" w:line="211" w:lineRule="auto"/>
            </w:pPr>
          </w:p>
        </w:tc>
        <w:tc>
          <w:tcPr>
            <w:tcW w:w="5839"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03BD3FF2" w14:textId="77777777" w:rsidR="00C16E58" w:rsidRDefault="003D5939">
            <w:pPr>
              <w:spacing w:after="0" w:line="211" w:lineRule="auto"/>
            </w:pPr>
            <w:r>
              <w:rPr>
                <w:color w:val="000000"/>
                <w:sz w:val="18"/>
              </w:rPr>
              <w:t>タブレット</w:t>
            </w:r>
          </w:p>
        </w:tc>
      </w:tr>
      <w:tr w:rsidR="00C16E58" w14:paraId="5DEA38F6" w14:textId="77777777">
        <w:trPr>
          <w:cantSplit/>
          <w:trHeight w:val="351"/>
          <w:jc w:val="center"/>
        </w:trPr>
        <w:tc>
          <w:tcPr>
            <w:tcW w:w="453"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697516D1" w14:textId="77777777" w:rsidR="00C16E58" w:rsidRDefault="003D5939">
            <w:pPr>
              <w:spacing w:after="0"/>
              <w:jc w:val="center"/>
            </w:pPr>
            <w:r>
              <w:rPr>
                <w:sz w:val="18"/>
              </w:rPr>
              <w:t>10</w:t>
            </w:r>
          </w:p>
        </w:tc>
        <w:tc>
          <w:tcPr>
            <w:tcW w:w="1417" w:type="dxa"/>
            <w:vMerge/>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4BF937A0" w14:textId="77777777" w:rsidR="00C16E58" w:rsidRDefault="00C16E58">
            <w:pPr>
              <w:spacing w:after="0" w:line="211" w:lineRule="auto"/>
            </w:pPr>
          </w:p>
        </w:tc>
        <w:tc>
          <w:tcPr>
            <w:tcW w:w="5839"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32D7DDF3" w14:textId="77777777" w:rsidR="00C16E58" w:rsidRDefault="003D5939">
            <w:pPr>
              <w:spacing w:after="0" w:line="211" w:lineRule="auto"/>
              <w:rPr>
                <w:lang w:eastAsia="ja-JP"/>
              </w:rPr>
            </w:pPr>
            <w:r>
              <w:rPr>
                <w:color w:val="000000"/>
                <w:sz w:val="18"/>
                <w:lang w:eastAsia="ja-JP"/>
              </w:rPr>
              <w:t>地上デジタルチューナー・BS/CSチューナー・ケーブルテレビSTB</w:t>
            </w:r>
          </w:p>
        </w:tc>
        <w:tc>
          <w:tcPr>
            <w:tcW w:w="226" w:type="dxa"/>
            <w:tcBorders>
              <w:top w:val="nil"/>
              <w:left w:val="nil"/>
              <w:bottom w:val="nil"/>
              <w:right w:val="nil"/>
            </w:tcBorders>
            <w:tcMar>
              <w:top w:w="22" w:type="dxa"/>
              <w:left w:w="38" w:type="dxa"/>
              <w:bottom w:w="22" w:type="dxa"/>
              <w:right w:w="38" w:type="dxa"/>
            </w:tcMar>
            <w:vAlign w:val="center"/>
          </w:tcPr>
          <w:p w14:paraId="1E6A918A" w14:textId="77777777" w:rsidR="00C16E58" w:rsidRDefault="00C16E58">
            <w:pPr>
              <w:spacing w:after="0" w:line="211" w:lineRule="auto"/>
              <w:rPr>
                <w:lang w:eastAsia="ja-JP"/>
              </w:rPr>
            </w:pPr>
          </w:p>
        </w:tc>
        <w:tc>
          <w:tcPr>
            <w:tcW w:w="453"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795E21F0" w14:textId="77777777" w:rsidR="00C16E58" w:rsidRDefault="003D5939">
            <w:pPr>
              <w:spacing w:after="0"/>
              <w:jc w:val="center"/>
            </w:pPr>
            <w:r>
              <w:rPr>
                <w:sz w:val="18"/>
              </w:rPr>
              <w:t>28</w:t>
            </w:r>
          </w:p>
        </w:tc>
        <w:tc>
          <w:tcPr>
            <w:tcW w:w="1417" w:type="dxa"/>
            <w:vMerge/>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2B48E6FB" w14:textId="77777777" w:rsidR="00C16E58" w:rsidRDefault="00C16E58">
            <w:pPr>
              <w:spacing w:after="0" w:line="211" w:lineRule="auto"/>
            </w:pPr>
          </w:p>
        </w:tc>
        <w:tc>
          <w:tcPr>
            <w:tcW w:w="5839"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26D1E927" w14:textId="77777777" w:rsidR="00C16E58" w:rsidRDefault="003D5939">
            <w:pPr>
              <w:spacing w:after="0" w:line="211" w:lineRule="auto"/>
              <w:rPr>
                <w:lang w:eastAsia="ja-JP"/>
              </w:rPr>
            </w:pPr>
            <w:r>
              <w:rPr>
                <w:color w:val="000000"/>
                <w:sz w:val="18"/>
                <w:lang w:eastAsia="ja-JP"/>
              </w:rPr>
              <w:t>ワープロ</w:t>
            </w:r>
            <w:r>
              <w:rPr>
                <w:b/>
                <w:color w:val="E60000"/>
                <w:sz w:val="18"/>
                <w:lang w:eastAsia="ja-JP"/>
              </w:rPr>
              <w:t>（インクは外す）（電池がある場合は外す）</w:t>
            </w:r>
          </w:p>
        </w:tc>
      </w:tr>
      <w:tr w:rsidR="00C16E58" w14:paraId="0C0337C2" w14:textId="77777777">
        <w:trPr>
          <w:cantSplit/>
          <w:trHeight w:val="351"/>
          <w:jc w:val="center"/>
        </w:trPr>
        <w:tc>
          <w:tcPr>
            <w:tcW w:w="453"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7D980D41" w14:textId="77777777" w:rsidR="00C16E58" w:rsidRDefault="003D5939">
            <w:pPr>
              <w:spacing w:after="0"/>
              <w:jc w:val="center"/>
            </w:pPr>
            <w:r>
              <w:rPr>
                <w:sz w:val="18"/>
              </w:rPr>
              <w:t>11</w:t>
            </w:r>
          </w:p>
        </w:tc>
        <w:tc>
          <w:tcPr>
            <w:tcW w:w="1417" w:type="dxa"/>
            <w:vMerge/>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4D41794A" w14:textId="77777777" w:rsidR="00C16E58" w:rsidRDefault="00C16E58">
            <w:pPr>
              <w:spacing w:after="0" w:line="211" w:lineRule="auto"/>
            </w:pPr>
          </w:p>
        </w:tc>
        <w:tc>
          <w:tcPr>
            <w:tcW w:w="5839"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63D6DD54" w14:textId="77777777" w:rsidR="00C16E58" w:rsidRDefault="003D5939">
            <w:pPr>
              <w:spacing w:after="0" w:line="211" w:lineRule="auto"/>
              <w:rPr>
                <w:lang w:eastAsia="ja-JP"/>
              </w:rPr>
            </w:pPr>
            <w:r>
              <w:rPr>
                <w:color w:val="000000"/>
                <w:sz w:val="18"/>
                <w:lang w:eastAsia="ja-JP"/>
              </w:rPr>
              <w:t>デジタルオーディオプレーヤー（フラッシュメモリー/HDD）</w:t>
            </w:r>
          </w:p>
        </w:tc>
        <w:tc>
          <w:tcPr>
            <w:tcW w:w="226" w:type="dxa"/>
            <w:tcBorders>
              <w:top w:val="nil"/>
              <w:left w:val="nil"/>
              <w:bottom w:val="nil"/>
              <w:right w:val="nil"/>
            </w:tcBorders>
            <w:tcMar>
              <w:top w:w="22" w:type="dxa"/>
              <w:left w:w="38" w:type="dxa"/>
              <w:bottom w:w="22" w:type="dxa"/>
              <w:right w:w="38" w:type="dxa"/>
            </w:tcMar>
            <w:vAlign w:val="center"/>
          </w:tcPr>
          <w:p w14:paraId="44F5CA5D" w14:textId="77777777" w:rsidR="00C16E58" w:rsidRDefault="00C16E58">
            <w:pPr>
              <w:spacing w:after="0" w:line="211" w:lineRule="auto"/>
              <w:rPr>
                <w:lang w:eastAsia="ja-JP"/>
              </w:rPr>
            </w:pPr>
          </w:p>
        </w:tc>
        <w:tc>
          <w:tcPr>
            <w:tcW w:w="453"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24612C60" w14:textId="77777777" w:rsidR="00C16E58" w:rsidRDefault="003D5939">
            <w:pPr>
              <w:spacing w:after="0"/>
              <w:jc w:val="center"/>
            </w:pPr>
            <w:r>
              <w:rPr>
                <w:sz w:val="18"/>
              </w:rPr>
              <w:t>29</w:t>
            </w:r>
          </w:p>
        </w:tc>
        <w:tc>
          <w:tcPr>
            <w:tcW w:w="1417" w:type="dxa"/>
            <w:vMerge/>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3EF02981" w14:textId="77777777" w:rsidR="00C16E58" w:rsidRDefault="00C16E58">
            <w:pPr>
              <w:spacing w:after="0" w:line="211" w:lineRule="auto"/>
            </w:pPr>
          </w:p>
        </w:tc>
        <w:tc>
          <w:tcPr>
            <w:tcW w:w="5839"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1E751068" w14:textId="77777777" w:rsidR="00C16E58" w:rsidRDefault="003D5939">
            <w:pPr>
              <w:spacing w:after="0" w:line="211" w:lineRule="auto"/>
              <w:rPr>
                <w:lang w:eastAsia="ja-JP"/>
              </w:rPr>
            </w:pPr>
            <w:r>
              <w:rPr>
                <w:color w:val="000000"/>
                <w:sz w:val="18"/>
                <w:lang w:eastAsia="ja-JP"/>
              </w:rPr>
              <w:t>インクジェットプリンター</w:t>
            </w:r>
            <w:r>
              <w:rPr>
                <w:b/>
                <w:color w:val="E60000"/>
                <w:sz w:val="18"/>
                <w:lang w:eastAsia="ja-JP"/>
              </w:rPr>
              <w:t>（レーザープリンター・ドットプリンタは対象外）</w:t>
            </w:r>
          </w:p>
        </w:tc>
      </w:tr>
      <w:tr w:rsidR="00C16E58" w14:paraId="0F74DCE7" w14:textId="77777777">
        <w:trPr>
          <w:cantSplit/>
          <w:trHeight w:val="351"/>
          <w:jc w:val="center"/>
        </w:trPr>
        <w:tc>
          <w:tcPr>
            <w:tcW w:w="453"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727EB603" w14:textId="77777777" w:rsidR="00C16E58" w:rsidRDefault="003D5939">
            <w:pPr>
              <w:spacing w:after="0"/>
              <w:jc w:val="center"/>
            </w:pPr>
            <w:r>
              <w:rPr>
                <w:sz w:val="18"/>
              </w:rPr>
              <w:t>12</w:t>
            </w:r>
          </w:p>
        </w:tc>
        <w:tc>
          <w:tcPr>
            <w:tcW w:w="1417" w:type="dxa"/>
            <w:vMerge/>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02197533" w14:textId="77777777" w:rsidR="00C16E58" w:rsidRDefault="00C16E58">
            <w:pPr>
              <w:spacing w:after="0" w:line="211" w:lineRule="auto"/>
            </w:pPr>
          </w:p>
        </w:tc>
        <w:tc>
          <w:tcPr>
            <w:tcW w:w="5839"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25B1CC6B" w14:textId="77777777" w:rsidR="00C16E58" w:rsidRDefault="003D5939">
            <w:pPr>
              <w:spacing w:after="0" w:line="211" w:lineRule="auto"/>
              <w:rPr>
                <w:lang w:eastAsia="ja-JP"/>
              </w:rPr>
            </w:pPr>
            <w:r>
              <w:rPr>
                <w:color w:val="000000"/>
                <w:sz w:val="18"/>
                <w:lang w:eastAsia="ja-JP"/>
              </w:rPr>
              <w:t>テープレコーダー</w:t>
            </w:r>
            <w:r>
              <w:rPr>
                <w:b/>
                <w:color w:val="E60000"/>
                <w:sz w:val="18"/>
                <w:lang w:eastAsia="ja-JP"/>
              </w:rPr>
              <w:t>（テープ・電池は外す）</w:t>
            </w:r>
          </w:p>
        </w:tc>
        <w:tc>
          <w:tcPr>
            <w:tcW w:w="226" w:type="dxa"/>
            <w:tcBorders>
              <w:top w:val="nil"/>
              <w:left w:val="nil"/>
              <w:bottom w:val="nil"/>
              <w:right w:val="nil"/>
            </w:tcBorders>
            <w:tcMar>
              <w:top w:w="22" w:type="dxa"/>
              <w:left w:w="38" w:type="dxa"/>
              <w:bottom w:w="22" w:type="dxa"/>
              <w:right w:w="38" w:type="dxa"/>
            </w:tcMar>
            <w:vAlign w:val="center"/>
          </w:tcPr>
          <w:p w14:paraId="30FBE2C4" w14:textId="77777777" w:rsidR="00C16E58" w:rsidRDefault="00C16E58">
            <w:pPr>
              <w:spacing w:after="0" w:line="211" w:lineRule="auto"/>
              <w:rPr>
                <w:lang w:eastAsia="ja-JP"/>
              </w:rPr>
            </w:pPr>
          </w:p>
        </w:tc>
        <w:tc>
          <w:tcPr>
            <w:tcW w:w="453"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4A374508" w14:textId="77777777" w:rsidR="00C16E58" w:rsidRDefault="003D5939">
            <w:pPr>
              <w:spacing w:after="0"/>
              <w:jc w:val="center"/>
            </w:pPr>
            <w:r>
              <w:rPr>
                <w:sz w:val="18"/>
              </w:rPr>
              <w:t>30</w:t>
            </w:r>
          </w:p>
        </w:tc>
        <w:tc>
          <w:tcPr>
            <w:tcW w:w="1417" w:type="dxa"/>
            <w:vMerge/>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456016DA" w14:textId="77777777" w:rsidR="00C16E58" w:rsidRDefault="00C16E58">
            <w:pPr>
              <w:spacing w:after="0" w:line="211" w:lineRule="auto"/>
            </w:pPr>
          </w:p>
        </w:tc>
        <w:tc>
          <w:tcPr>
            <w:tcW w:w="5839"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125985F6" w14:textId="77777777" w:rsidR="00C16E58" w:rsidRDefault="003D5939">
            <w:pPr>
              <w:spacing w:after="0" w:line="211" w:lineRule="auto"/>
              <w:rPr>
                <w:lang w:eastAsia="ja-JP"/>
              </w:rPr>
            </w:pPr>
            <w:r>
              <w:rPr>
                <w:color w:val="000000"/>
                <w:sz w:val="18"/>
                <w:lang w:eastAsia="ja-JP"/>
              </w:rPr>
              <w:t>フォトプリンター</w:t>
            </w:r>
            <w:r w:rsidRPr="003D5939">
              <w:rPr>
                <w:b/>
                <w:color w:val="E60000"/>
                <w:sz w:val="18"/>
                <w:lang w:eastAsia="ja-JP"/>
              </w:rPr>
              <w:t>（インクは外す）</w:t>
            </w:r>
          </w:p>
        </w:tc>
      </w:tr>
      <w:tr w:rsidR="00C16E58" w14:paraId="293FCE9D" w14:textId="77777777">
        <w:trPr>
          <w:cantSplit/>
          <w:trHeight w:val="351"/>
          <w:jc w:val="center"/>
        </w:trPr>
        <w:tc>
          <w:tcPr>
            <w:tcW w:w="453"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114B35AE" w14:textId="77777777" w:rsidR="00C16E58" w:rsidRDefault="003D5939">
            <w:pPr>
              <w:spacing w:after="0"/>
              <w:jc w:val="center"/>
            </w:pPr>
            <w:r>
              <w:rPr>
                <w:sz w:val="18"/>
              </w:rPr>
              <w:t>13</w:t>
            </w:r>
          </w:p>
        </w:tc>
        <w:tc>
          <w:tcPr>
            <w:tcW w:w="1417" w:type="dxa"/>
            <w:vMerge/>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0D570AB0" w14:textId="77777777" w:rsidR="00C16E58" w:rsidRDefault="00C16E58">
            <w:pPr>
              <w:spacing w:after="0" w:line="211" w:lineRule="auto"/>
            </w:pPr>
          </w:p>
        </w:tc>
        <w:tc>
          <w:tcPr>
            <w:tcW w:w="5839"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5F41B76F" w14:textId="77777777" w:rsidR="00C16E58" w:rsidRDefault="003D5939">
            <w:pPr>
              <w:spacing w:after="0" w:line="211" w:lineRule="auto"/>
              <w:rPr>
                <w:lang w:eastAsia="ja-JP"/>
              </w:rPr>
            </w:pPr>
            <w:r>
              <w:rPr>
                <w:color w:val="000000"/>
                <w:sz w:val="18"/>
                <w:lang w:eastAsia="ja-JP"/>
              </w:rPr>
              <w:t>MD/CDプレーヤー</w:t>
            </w:r>
            <w:r>
              <w:rPr>
                <w:b/>
                <w:color w:val="E60000"/>
                <w:sz w:val="18"/>
                <w:lang w:eastAsia="ja-JP"/>
              </w:rPr>
              <w:t>（ディスクは外す）</w:t>
            </w:r>
          </w:p>
        </w:tc>
        <w:tc>
          <w:tcPr>
            <w:tcW w:w="226" w:type="dxa"/>
            <w:tcBorders>
              <w:top w:val="nil"/>
              <w:left w:val="nil"/>
              <w:bottom w:val="nil"/>
              <w:right w:val="nil"/>
            </w:tcBorders>
            <w:tcMar>
              <w:top w:w="22" w:type="dxa"/>
              <w:left w:w="38" w:type="dxa"/>
              <w:bottom w:w="22" w:type="dxa"/>
              <w:right w:w="38" w:type="dxa"/>
            </w:tcMar>
            <w:vAlign w:val="center"/>
          </w:tcPr>
          <w:p w14:paraId="772711AF" w14:textId="77777777" w:rsidR="00C16E58" w:rsidRDefault="00C16E58">
            <w:pPr>
              <w:spacing w:after="0" w:line="211" w:lineRule="auto"/>
              <w:rPr>
                <w:lang w:eastAsia="ja-JP"/>
              </w:rPr>
            </w:pPr>
          </w:p>
        </w:tc>
        <w:tc>
          <w:tcPr>
            <w:tcW w:w="453"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30DE6A26" w14:textId="77777777" w:rsidR="00C16E58" w:rsidRDefault="003D5939">
            <w:pPr>
              <w:spacing w:after="0"/>
              <w:jc w:val="center"/>
            </w:pPr>
            <w:r>
              <w:rPr>
                <w:sz w:val="18"/>
              </w:rPr>
              <w:t>31</w:t>
            </w:r>
          </w:p>
        </w:tc>
        <w:tc>
          <w:tcPr>
            <w:tcW w:w="1417" w:type="dxa"/>
            <w:vMerge/>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5F9B0C25" w14:textId="77777777" w:rsidR="00C16E58" w:rsidRDefault="00C16E58">
            <w:pPr>
              <w:spacing w:after="0" w:line="211" w:lineRule="auto"/>
            </w:pPr>
          </w:p>
        </w:tc>
        <w:tc>
          <w:tcPr>
            <w:tcW w:w="5839"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5A2DC733" w14:textId="77777777" w:rsidR="00C16E58" w:rsidRDefault="003D5939">
            <w:pPr>
              <w:spacing w:after="0" w:line="211" w:lineRule="auto"/>
              <w:rPr>
                <w:lang w:eastAsia="ja-JP"/>
              </w:rPr>
            </w:pPr>
            <w:r>
              <w:rPr>
                <w:color w:val="000000"/>
                <w:sz w:val="18"/>
                <w:lang w:eastAsia="ja-JP"/>
              </w:rPr>
              <w:t>USBメモリー・メモリーカード・ハードディスク・基盤</w:t>
            </w:r>
          </w:p>
        </w:tc>
      </w:tr>
      <w:tr w:rsidR="00C16E58" w14:paraId="3E276E43" w14:textId="77777777">
        <w:trPr>
          <w:cantSplit/>
          <w:trHeight w:val="351"/>
          <w:jc w:val="center"/>
        </w:trPr>
        <w:tc>
          <w:tcPr>
            <w:tcW w:w="453"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0FE623C5" w14:textId="77777777" w:rsidR="00C16E58" w:rsidRDefault="003D5939">
            <w:pPr>
              <w:spacing w:after="0"/>
              <w:jc w:val="center"/>
            </w:pPr>
            <w:r>
              <w:rPr>
                <w:sz w:val="18"/>
              </w:rPr>
              <w:t>14</w:t>
            </w:r>
          </w:p>
        </w:tc>
        <w:tc>
          <w:tcPr>
            <w:tcW w:w="1417" w:type="dxa"/>
            <w:vMerge/>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0AF70207" w14:textId="77777777" w:rsidR="00C16E58" w:rsidRDefault="00C16E58">
            <w:pPr>
              <w:spacing w:after="0" w:line="211" w:lineRule="auto"/>
            </w:pPr>
          </w:p>
        </w:tc>
        <w:tc>
          <w:tcPr>
            <w:tcW w:w="5839"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411588A1" w14:textId="77777777" w:rsidR="00C16E58" w:rsidRDefault="003D5939">
            <w:pPr>
              <w:spacing w:after="0" w:line="211" w:lineRule="auto"/>
            </w:pPr>
            <w:r>
              <w:rPr>
                <w:color w:val="000000"/>
                <w:sz w:val="18"/>
              </w:rPr>
              <w:t>ICレコーダー</w:t>
            </w:r>
          </w:p>
        </w:tc>
        <w:tc>
          <w:tcPr>
            <w:tcW w:w="226" w:type="dxa"/>
            <w:tcBorders>
              <w:top w:val="nil"/>
              <w:left w:val="nil"/>
              <w:bottom w:val="nil"/>
              <w:right w:val="nil"/>
            </w:tcBorders>
            <w:tcMar>
              <w:top w:w="22" w:type="dxa"/>
              <w:left w:w="38" w:type="dxa"/>
              <w:bottom w:w="22" w:type="dxa"/>
              <w:right w:w="38" w:type="dxa"/>
            </w:tcMar>
            <w:vAlign w:val="center"/>
          </w:tcPr>
          <w:p w14:paraId="72276A44" w14:textId="77777777" w:rsidR="00C16E58" w:rsidRDefault="00C16E58">
            <w:pPr>
              <w:spacing w:after="0" w:line="211" w:lineRule="auto"/>
            </w:pPr>
          </w:p>
        </w:tc>
        <w:tc>
          <w:tcPr>
            <w:tcW w:w="453"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6D24B47A" w14:textId="77777777" w:rsidR="00C16E58" w:rsidRDefault="003D5939">
            <w:pPr>
              <w:spacing w:after="0"/>
              <w:jc w:val="center"/>
            </w:pPr>
            <w:r>
              <w:rPr>
                <w:sz w:val="18"/>
              </w:rPr>
              <w:t>32</w:t>
            </w:r>
          </w:p>
        </w:tc>
        <w:tc>
          <w:tcPr>
            <w:tcW w:w="1417" w:type="dxa"/>
            <w:vMerge/>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342C9D3D" w14:textId="77777777" w:rsidR="00C16E58" w:rsidRDefault="00C16E58">
            <w:pPr>
              <w:spacing w:after="0" w:line="211" w:lineRule="auto"/>
            </w:pPr>
          </w:p>
        </w:tc>
        <w:tc>
          <w:tcPr>
            <w:tcW w:w="5839"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2E98FCCF" w14:textId="77777777" w:rsidR="00C16E58" w:rsidRDefault="003D5939">
            <w:pPr>
              <w:spacing w:after="0" w:line="211" w:lineRule="auto"/>
              <w:rPr>
                <w:lang w:eastAsia="ja-JP"/>
              </w:rPr>
            </w:pPr>
            <w:r>
              <w:rPr>
                <w:color w:val="000000"/>
                <w:sz w:val="18"/>
                <w:lang w:eastAsia="ja-JP"/>
              </w:rPr>
              <w:t>ハブ・ルーター・マウス・キーボードなどの周辺機器</w:t>
            </w:r>
          </w:p>
        </w:tc>
      </w:tr>
      <w:tr w:rsidR="00C16E58" w14:paraId="4B3A1F05" w14:textId="77777777">
        <w:trPr>
          <w:cantSplit/>
          <w:trHeight w:val="351"/>
          <w:jc w:val="center"/>
        </w:trPr>
        <w:tc>
          <w:tcPr>
            <w:tcW w:w="453"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09BDCABF" w14:textId="77777777" w:rsidR="00C16E58" w:rsidRDefault="003D5939">
            <w:pPr>
              <w:spacing w:after="0"/>
              <w:jc w:val="center"/>
            </w:pPr>
            <w:r>
              <w:rPr>
                <w:sz w:val="18"/>
              </w:rPr>
              <w:t>15</w:t>
            </w:r>
          </w:p>
        </w:tc>
        <w:tc>
          <w:tcPr>
            <w:tcW w:w="1417" w:type="dxa"/>
            <w:vMerge/>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5117C306" w14:textId="77777777" w:rsidR="00C16E58" w:rsidRDefault="00C16E58">
            <w:pPr>
              <w:spacing w:after="0" w:line="211" w:lineRule="auto"/>
            </w:pPr>
          </w:p>
        </w:tc>
        <w:tc>
          <w:tcPr>
            <w:tcW w:w="5839"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17A19B84" w14:textId="77777777" w:rsidR="00C16E58" w:rsidRDefault="003D5939">
            <w:pPr>
              <w:spacing w:after="0" w:line="211" w:lineRule="auto"/>
              <w:rPr>
                <w:lang w:eastAsia="ja-JP"/>
              </w:rPr>
            </w:pPr>
            <w:r>
              <w:rPr>
                <w:color w:val="000000"/>
                <w:sz w:val="18"/>
                <w:lang w:eastAsia="ja-JP"/>
              </w:rPr>
              <w:t>ステレオチューナー・アンプ</w:t>
            </w:r>
            <w:r>
              <w:rPr>
                <w:b/>
                <w:color w:val="E60000"/>
                <w:sz w:val="18"/>
                <w:lang w:eastAsia="ja-JP"/>
              </w:rPr>
              <w:t>（ギター・ベースアンプはNG）</w:t>
            </w:r>
          </w:p>
        </w:tc>
        <w:tc>
          <w:tcPr>
            <w:tcW w:w="226" w:type="dxa"/>
            <w:tcBorders>
              <w:top w:val="nil"/>
              <w:left w:val="nil"/>
              <w:bottom w:val="nil"/>
              <w:right w:val="nil"/>
            </w:tcBorders>
            <w:tcMar>
              <w:top w:w="22" w:type="dxa"/>
              <w:left w:w="38" w:type="dxa"/>
              <w:bottom w:w="22" w:type="dxa"/>
              <w:right w:w="38" w:type="dxa"/>
            </w:tcMar>
            <w:vAlign w:val="center"/>
          </w:tcPr>
          <w:p w14:paraId="2DD7E4BB" w14:textId="77777777" w:rsidR="00C16E58" w:rsidRDefault="00C16E58">
            <w:pPr>
              <w:spacing w:after="0" w:line="211" w:lineRule="auto"/>
              <w:rPr>
                <w:lang w:eastAsia="ja-JP"/>
              </w:rPr>
            </w:pPr>
          </w:p>
        </w:tc>
        <w:tc>
          <w:tcPr>
            <w:tcW w:w="453"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4E6EA23D" w14:textId="77777777" w:rsidR="00C16E58" w:rsidRDefault="003D5939">
            <w:pPr>
              <w:spacing w:after="0"/>
              <w:jc w:val="center"/>
            </w:pPr>
            <w:r>
              <w:rPr>
                <w:sz w:val="18"/>
              </w:rPr>
              <w:t>33</w:t>
            </w:r>
          </w:p>
        </w:tc>
        <w:tc>
          <w:tcPr>
            <w:tcW w:w="1417" w:type="dxa"/>
            <w:vMerge w:val="restart"/>
            <w:tcBorders>
              <w:top w:val="single" w:sz="5" w:space="0" w:color="000000"/>
              <w:left w:val="single" w:sz="5" w:space="0" w:color="000000"/>
              <w:bottom w:val="single" w:sz="5" w:space="0" w:color="000000"/>
              <w:right w:val="single" w:sz="5" w:space="0" w:color="000000"/>
            </w:tcBorders>
            <w:shd w:val="clear" w:color="auto" w:fill="F2F2F2"/>
            <w:tcMar>
              <w:top w:w="22" w:type="dxa"/>
              <w:left w:w="38" w:type="dxa"/>
              <w:bottom w:w="22" w:type="dxa"/>
              <w:right w:w="38" w:type="dxa"/>
            </w:tcMar>
          </w:tcPr>
          <w:p w14:paraId="0552E2DE" w14:textId="77777777" w:rsidR="00C16E58" w:rsidRDefault="003D5939">
            <w:pPr>
              <w:spacing w:after="0" w:line="211" w:lineRule="auto"/>
            </w:pPr>
            <w:r>
              <w:rPr>
                <w:color w:val="000000"/>
                <w:sz w:val="17"/>
              </w:rPr>
              <w:t>ゲーム機</w:t>
            </w:r>
          </w:p>
        </w:tc>
        <w:tc>
          <w:tcPr>
            <w:tcW w:w="5839"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57D616EB" w14:textId="77777777" w:rsidR="00C16E58" w:rsidRDefault="003D5939">
            <w:pPr>
              <w:spacing w:after="0" w:line="211" w:lineRule="auto"/>
              <w:rPr>
                <w:lang w:eastAsia="ja-JP"/>
              </w:rPr>
            </w:pPr>
            <w:r>
              <w:rPr>
                <w:color w:val="000000"/>
                <w:sz w:val="18"/>
                <w:lang w:eastAsia="ja-JP"/>
              </w:rPr>
              <w:t>据置型・携帯ゲーム機</w:t>
            </w:r>
            <w:r>
              <w:rPr>
                <w:b/>
                <w:color w:val="E60000"/>
                <w:sz w:val="18"/>
                <w:lang w:eastAsia="ja-JP"/>
              </w:rPr>
              <w:t>（電池は外す）</w:t>
            </w:r>
          </w:p>
        </w:tc>
      </w:tr>
      <w:tr w:rsidR="00C16E58" w14:paraId="179A5707" w14:textId="77777777">
        <w:trPr>
          <w:cantSplit/>
          <w:trHeight w:val="351"/>
          <w:jc w:val="center"/>
        </w:trPr>
        <w:tc>
          <w:tcPr>
            <w:tcW w:w="453"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0FC4E101" w14:textId="77777777" w:rsidR="00C16E58" w:rsidRDefault="003D5939">
            <w:pPr>
              <w:spacing w:after="0"/>
              <w:jc w:val="center"/>
            </w:pPr>
            <w:r>
              <w:rPr>
                <w:sz w:val="18"/>
              </w:rPr>
              <w:t>16</w:t>
            </w:r>
          </w:p>
        </w:tc>
        <w:tc>
          <w:tcPr>
            <w:tcW w:w="1417" w:type="dxa"/>
            <w:vMerge/>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0EF8A335" w14:textId="77777777" w:rsidR="00C16E58" w:rsidRDefault="00C16E58">
            <w:pPr>
              <w:spacing w:after="0" w:line="211" w:lineRule="auto"/>
            </w:pPr>
          </w:p>
        </w:tc>
        <w:tc>
          <w:tcPr>
            <w:tcW w:w="5839"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7399D270" w14:textId="77777777" w:rsidR="00C16E58" w:rsidRDefault="003D5939">
            <w:pPr>
              <w:spacing w:after="0" w:line="211" w:lineRule="auto"/>
              <w:rPr>
                <w:lang w:eastAsia="ja-JP"/>
              </w:rPr>
            </w:pPr>
            <w:r>
              <w:rPr>
                <w:color w:val="000000"/>
                <w:sz w:val="18"/>
                <w:lang w:eastAsia="ja-JP"/>
              </w:rPr>
              <w:t>CDラジカセ（スピーカー一体型コンポ）</w:t>
            </w:r>
            <w:r>
              <w:rPr>
                <w:b/>
                <w:color w:val="E60000"/>
                <w:sz w:val="18"/>
                <w:lang w:eastAsia="ja-JP"/>
              </w:rPr>
              <w:t>（ディスク・電池は外す）</w:t>
            </w:r>
          </w:p>
        </w:tc>
        <w:tc>
          <w:tcPr>
            <w:tcW w:w="226" w:type="dxa"/>
            <w:tcBorders>
              <w:top w:val="nil"/>
              <w:left w:val="nil"/>
              <w:bottom w:val="nil"/>
              <w:right w:val="nil"/>
            </w:tcBorders>
            <w:tcMar>
              <w:top w:w="22" w:type="dxa"/>
              <w:left w:w="38" w:type="dxa"/>
              <w:bottom w:w="22" w:type="dxa"/>
              <w:right w:w="38" w:type="dxa"/>
            </w:tcMar>
            <w:vAlign w:val="center"/>
          </w:tcPr>
          <w:p w14:paraId="6F2AF6A4" w14:textId="77777777" w:rsidR="00C16E58" w:rsidRDefault="00C16E58">
            <w:pPr>
              <w:spacing w:after="0" w:line="211" w:lineRule="auto"/>
              <w:rPr>
                <w:lang w:eastAsia="ja-JP"/>
              </w:rPr>
            </w:pPr>
          </w:p>
        </w:tc>
        <w:tc>
          <w:tcPr>
            <w:tcW w:w="453"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5E44D767" w14:textId="77777777" w:rsidR="00C16E58" w:rsidRDefault="003D5939">
            <w:pPr>
              <w:spacing w:after="0"/>
              <w:jc w:val="center"/>
            </w:pPr>
            <w:r>
              <w:rPr>
                <w:sz w:val="18"/>
              </w:rPr>
              <w:t>34</w:t>
            </w:r>
          </w:p>
        </w:tc>
        <w:tc>
          <w:tcPr>
            <w:tcW w:w="1417" w:type="dxa"/>
            <w:vMerge/>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120884EE" w14:textId="77777777" w:rsidR="00C16E58" w:rsidRDefault="00C16E58">
            <w:pPr>
              <w:spacing w:after="0" w:line="211" w:lineRule="auto"/>
            </w:pPr>
          </w:p>
        </w:tc>
        <w:tc>
          <w:tcPr>
            <w:tcW w:w="5839"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6BE05143" w14:textId="77777777" w:rsidR="00C16E58" w:rsidRDefault="003D5939">
            <w:pPr>
              <w:spacing w:after="0" w:line="211" w:lineRule="auto"/>
              <w:rPr>
                <w:lang w:eastAsia="ja-JP"/>
              </w:rPr>
            </w:pPr>
            <w:r>
              <w:rPr>
                <w:color w:val="000000"/>
                <w:sz w:val="18"/>
                <w:lang w:eastAsia="ja-JP"/>
              </w:rPr>
              <w:t>ミニ電子ゲーム</w:t>
            </w:r>
            <w:r>
              <w:rPr>
                <w:b/>
                <w:color w:val="E60000"/>
                <w:sz w:val="18"/>
                <w:lang w:eastAsia="ja-JP"/>
              </w:rPr>
              <w:t>（電池は外す）</w:t>
            </w:r>
          </w:p>
        </w:tc>
      </w:tr>
      <w:tr w:rsidR="00C16E58" w14:paraId="7CF25394" w14:textId="77777777">
        <w:trPr>
          <w:cantSplit/>
          <w:trHeight w:val="351"/>
          <w:jc w:val="center"/>
        </w:trPr>
        <w:tc>
          <w:tcPr>
            <w:tcW w:w="453"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17095960" w14:textId="77777777" w:rsidR="00C16E58" w:rsidRDefault="003D5939">
            <w:pPr>
              <w:spacing w:after="0"/>
              <w:jc w:val="center"/>
            </w:pPr>
            <w:r>
              <w:rPr>
                <w:sz w:val="18"/>
              </w:rPr>
              <w:t>17</w:t>
            </w:r>
          </w:p>
        </w:tc>
        <w:tc>
          <w:tcPr>
            <w:tcW w:w="1417" w:type="dxa"/>
            <w:vMerge/>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5CB66355" w14:textId="77777777" w:rsidR="00C16E58" w:rsidRDefault="00C16E58">
            <w:pPr>
              <w:spacing w:after="0" w:line="211" w:lineRule="auto"/>
            </w:pPr>
          </w:p>
        </w:tc>
        <w:tc>
          <w:tcPr>
            <w:tcW w:w="5839"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5C0D9B34" w14:textId="77777777" w:rsidR="00C16E58" w:rsidRDefault="003D5939">
            <w:pPr>
              <w:spacing w:after="0" w:line="211" w:lineRule="auto"/>
            </w:pPr>
            <w:r>
              <w:rPr>
                <w:color w:val="000000"/>
                <w:sz w:val="18"/>
              </w:rPr>
              <w:t>電子書籍・電子辞書</w:t>
            </w:r>
          </w:p>
        </w:tc>
        <w:tc>
          <w:tcPr>
            <w:tcW w:w="226" w:type="dxa"/>
            <w:tcBorders>
              <w:top w:val="nil"/>
              <w:left w:val="nil"/>
              <w:bottom w:val="nil"/>
              <w:right w:val="nil"/>
            </w:tcBorders>
            <w:tcMar>
              <w:top w:w="22" w:type="dxa"/>
              <w:left w:w="38" w:type="dxa"/>
              <w:bottom w:w="22" w:type="dxa"/>
              <w:right w:w="38" w:type="dxa"/>
            </w:tcMar>
            <w:vAlign w:val="center"/>
          </w:tcPr>
          <w:p w14:paraId="1108063D" w14:textId="77777777" w:rsidR="00C16E58" w:rsidRDefault="00C16E58">
            <w:pPr>
              <w:spacing w:after="0" w:line="211" w:lineRule="auto"/>
            </w:pPr>
          </w:p>
        </w:tc>
        <w:tc>
          <w:tcPr>
            <w:tcW w:w="453"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7BE41EA9" w14:textId="77777777" w:rsidR="00C16E58" w:rsidRDefault="003D5939">
            <w:pPr>
              <w:spacing w:after="0"/>
              <w:jc w:val="center"/>
            </w:pPr>
            <w:r>
              <w:rPr>
                <w:sz w:val="18"/>
              </w:rPr>
              <w:t>35</w:t>
            </w:r>
          </w:p>
        </w:tc>
        <w:tc>
          <w:tcPr>
            <w:tcW w:w="1417" w:type="dxa"/>
            <w:vMerge/>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797924B0" w14:textId="77777777" w:rsidR="00C16E58" w:rsidRDefault="00C16E58">
            <w:pPr>
              <w:spacing w:after="0" w:line="211" w:lineRule="auto"/>
            </w:pPr>
          </w:p>
        </w:tc>
        <w:tc>
          <w:tcPr>
            <w:tcW w:w="5839"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37817856" w14:textId="77777777" w:rsidR="00C16E58" w:rsidRDefault="003D5939">
            <w:pPr>
              <w:spacing w:after="0" w:line="211" w:lineRule="auto"/>
              <w:rPr>
                <w:lang w:eastAsia="ja-JP"/>
              </w:rPr>
            </w:pPr>
            <w:r>
              <w:rPr>
                <w:color w:val="000000"/>
                <w:sz w:val="18"/>
                <w:lang w:eastAsia="ja-JP"/>
              </w:rPr>
              <w:t>ゲーム機用コントローラー</w:t>
            </w:r>
          </w:p>
        </w:tc>
      </w:tr>
      <w:tr w:rsidR="00C16E58" w14:paraId="77752E09" w14:textId="77777777">
        <w:trPr>
          <w:cantSplit/>
          <w:trHeight w:val="351"/>
          <w:jc w:val="center"/>
        </w:trPr>
        <w:tc>
          <w:tcPr>
            <w:tcW w:w="453"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777D5AE2" w14:textId="77777777" w:rsidR="00C16E58" w:rsidRDefault="003D5939">
            <w:pPr>
              <w:spacing w:after="0"/>
              <w:jc w:val="center"/>
            </w:pPr>
            <w:r>
              <w:rPr>
                <w:sz w:val="18"/>
              </w:rPr>
              <w:t>18</w:t>
            </w:r>
          </w:p>
        </w:tc>
        <w:tc>
          <w:tcPr>
            <w:tcW w:w="1417" w:type="dxa"/>
            <w:vMerge/>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1F1495B3" w14:textId="77777777" w:rsidR="00C16E58" w:rsidRDefault="00C16E58">
            <w:pPr>
              <w:spacing w:after="0" w:line="211" w:lineRule="auto"/>
            </w:pPr>
          </w:p>
        </w:tc>
        <w:tc>
          <w:tcPr>
            <w:tcW w:w="5839"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73BFC8C5" w14:textId="77777777" w:rsidR="00C16E58" w:rsidRDefault="003D5939">
            <w:pPr>
              <w:spacing w:after="0" w:line="211" w:lineRule="auto"/>
              <w:rPr>
                <w:lang w:eastAsia="ja-JP"/>
              </w:rPr>
            </w:pPr>
            <w:r>
              <w:rPr>
                <w:color w:val="000000"/>
                <w:sz w:val="18"/>
                <w:lang w:eastAsia="ja-JP"/>
              </w:rPr>
              <w:t>デジタルカメラ</w:t>
            </w:r>
            <w:r>
              <w:rPr>
                <w:b/>
                <w:color w:val="E60000"/>
                <w:sz w:val="18"/>
                <w:lang w:eastAsia="ja-JP"/>
              </w:rPr>
              <w:t>（SDカードは外す）</w:t>
            </w:r>
          </w:p>
        </w:tc>
        <w:tc>
          <w:tcPr>
            <w:tcW w:w="226" w:type="dxa"/>
            <w:tcBorders>
              <w:top w:val="nil"/>
              <w:left w:val="nil"/>
              <w:bottom w:val="nil"/>
              <w:right w:val="nil"/>
            </w:tcBorders>
            <w:tcMar>
              <w:top w:w="22" w:type="dxa"/>
              <w:left w:w="38" w:type="dxa"/>
              <w:bottom w:w="22" w:type="dxa"/>
              <w:right w:w="38" w:type="dxa"/>
            </w:tcMar>
            <w:vAlign w:val="center"/>
          </w:tcPr>
          <w:p w14:paraId="1F86181E" w14:textId="77777777" w:rsidR="00C16E58" w:rsidRDefault="00C16E58">
            <w:pPr>
              <w:spacing w:after="0" w:line="211" w:lineRule="auto"/>
              <w:rPr>
                <w:lang w:eastAsia="ja-JP"/>
              </w:rPr>
            </w:pPr>
          </w:p>
        </w:tc>
        <w:tc>
          <w:tcPr>
            <w:tcW w:w="453"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7657F5C3" w14:textId="77777777" w:rsidR="00C16E58" w:rsidRDefault="003D5939">
            <w:pPr>
              <w:spacing w:after="0"/>
              <w:jc w:val="center"/>
            </w:pPr>
            <w:r>
              <w:rPr>
                <w:sz w:val="18"/>
              </w:rPr>
              <w:t>36</w:t>
            </w:r>
          </w:p>
        </w:tc>
        <w:tc>
          <w:tcPr>
            <w:tcW w:w="1417" w:type="dxa"/>
            <w:vMerge/>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277C22E4" w14:textId="77777777" w:rsidR="00C16E58" w:rsidRDefault="00C16E58">
            <w:pPr>
              <w:spacing w:after="0" w:line="211" w:lineRule="auto"/>
            </w:pPr>
          </w:p>
        </w:tc>
        <w:tc>
          <w:tcPr>
            <w:tcW w:w="5839"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605351C7" w14:textId="77777777" w:rsidR="00C16E58" w:rsidRDefault="003D5939">
            <w:pPr>
              <w:spacing w:after="0" w:line="211" w:lineRule="auto"/>
              <w:rPr>
                <w:lang w:eastAsia="ja-JP"/>
              </w:rPr>
            </w:pPr>
            <w:r>
              <w:rPr>
                <w:color w:val="000000"/>
                <w:sz w:val="18"/>
                <w:lang w:eastAsia="ja-JP"/>
              </w:rPr>
              <w:t>カセット式ゲームソフト</w:t>
            </w:r>
            <w:r>
              <w:rPr>
                <w:b/>
                <w:color w:val="E60000"/>
                <w:sz w:val="18"/>
                <w:lang w:eastAsia="ja-JP"/>
              </w:rPr>
              <w:t>（ディスク型ソフトは対象外）</w:t>
            </w:r>
          </w:p>
        </w:tc>
      </w:tr>
      <w:tr w:rsidR="00C16E58" w14:paraId="3F09748E" w14:textId="77777777">
        <w:trPr>
          <w:cantSplit/>
          <w:trHeight w:val="351"/>
          <w:jc w:val="center"/>
        </w:trPr>
        <w:tc>
          <w:tcPr>
            <w:tcW w:w="453"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6573FAF1" w14:textId="77777777" w:rsidR="00C16E58" w:rsidRDefault="00C16E58">
            <w:pPr>
              <w:rPr>
                <w:lang w:eastAsia="ja-JP"/>
              </w:rPr>
            </w:pPr>
          </w:p>
        </w:tc>
        <w:tc>
          <w:tcPr>
            <w:tcW w:w="1417" w:type="dxa"/>
            <w:vMerge/>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2D6ECA24" w14:textId="77777777" w:rsidR="00C16E58" w:rsidRDefault="00C16E58">
            <w:pPr>
              <w:spacing w:after="0" w:line="211" w:lineRule="auto"/>
              <w:rPr>
                <w:lang w:eastAsia="ja-JP"/>
              </w:rPr>
            </w:pPr>
          </w:p>
        </w:tc>
        <w:tc>
          <w:tcPr>
            <w:tcW w:w="5839"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0E4D91B6" w14:textId="77777777" w:rsidR="00C16E58" w:rsidRDefault="00C16E58">
            <w:pPr>
              <w:rPr>
                <w:lang w:eastAsia="ja-JP"/>
              </w:rPr>
            </w:pPr>
          </w:p>
        </w:tc>
        <w:tc>
          <w:tcPr>
            <w:tcW w:w="226" w:type="dxa"/>
            <w:tcBorders>
              <w:top w:val="nil"/>
              <w:left w:val="nil"/>
              <w:bottom w:val="nil"/>
              <w:right w:val="nil"/>
            </w:tcBorders>
            <w:tcMar>
              <w:top w:w="22" w:type="dxa"/>
              <w:left w:w="38" w:type="dxa"/>
              <w:bottom w:w="22" w:type="dxa"/>
              <w:right w:w="38" w:type="dxa"/>
            </w:tcMar>
            <w:vAlign w:val="center"/>
          </w:tcPr>
          <w:p w14:paraId="50DBA34C" w14:textId="77777777" w:rsidR="00C16E58" w:rsidRDefault="00C16E58">
            <w:pPr>
              <w:spacing w:after="0" w:line="211" w:lineRule="auto"/>
              <w:rPr>
                <w:lang w:eastAsia="ja-JP"/>
              </w:rPr>
            </w:pPr>
          </w:p>
        </w:tc>
        <w:tc>
          <w:tcPr>
            <w:tcW w:w="453"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15146C95" w14:textId="77777777" w:rsidR="00C16E58" w:rsidRDefault="003D5939">
            <w:pPr>
              <w:spacing w:after="0"/>
              <w:jc w:val="center"/>
            </w:pPr>
            <w:r>
              <w:rPr>
                <w:sz w:val="18"/>
              </w:rPr>
              <w:t>37</w:t>
            </w:r>
          </w:p>
        </w:tc>
        <w:tc>
          <w:tcPr>
            <w:tcW w:w="1417" w:type="dxa"/>
            <w:tcBorders>
              <w:top w:val="single" w:sz="5" w:space="0" w:color="000000"/>
              <w:left w:val="single" w:sz="5" w:space="0" w:color="000000"/>
              <w:bottom w:val="single" w:sz="5" w:space="0" w:color="000000"/>
              <w:right w:val="single" w:sz="5" w:space="0" w:color="000000"/>
            </w:tcBorders>
            <w:shd w:val="clear" w:color="auto" w:fill="F2F2F2"/>
            <w:tcMar>
              <w:top w:w="22" w:type="dxa"/>
              <w:left w:w="38" w:type="dxa"/>
              <w:bottom w:w="22" w:type="dxa"/>
              <w:right w:w="38" w:type="dxa"/>
            </w:tcMar>
          </w:tcPr>
          <w:p w14:paraId="4B965F07" w14:textId="77777777" w:rsidR="00C16E58" w:rsidRDefault="003D5939">
            <w:pPr>
              <w:spacing w:after="0" w:line="211" w:lineRule="auto"/>
            </w:pPr>
            <w:r>
              <w:rPr>
                <w:color w:val="000000"/>
                <w:sz w:val="17"/>
              </w:rPr>
              <w:t>その他付属品</w:t>
            </w:r>
          </w:p>
        </w:tc>
        <w:tc>
          <w:tcPr>
            <w:tcW w:w="5839" w:type="dxa"/>
            <w:tcBorders>
              <w:top w:val="single" w:sz="5" w:space="0" w:color="000000"/>
              <w:left w:val="single" w:sz="5" w:space="0" w:color="000000"/>
              <w:bottom w:val="single" w:sz="5" w:space="0" w:color="000000"/>
              <w:right w:val="single" w:sz="5" w:space="0" w:color="000000"/>
            </w:tcBorders>
            <w:tcMar>
              <w:top w:w="22" w:type="dxa"/>
              <w:left w:w="38" w:type="dxa"/>
              <w:bottom w:w="22" w:type="dxa"/>
              <w:right w:w="38" w:type="dxa"/>
            </w:tcMar>
            <w:vAlign w:val="center"/>
          </w:tcPr>
          <w:p w14:paraId="62C873A5" w14:textId="1A990EDD" w:rsidR="00C16E58" w:rsidRDefault="003D5939">
            <w:pPr>
              <w:spacing w:after="0" w:line="211" w:lineRule="auto"/>
              <w:rPr>
                <w:lang w:eastAsia="ja-JP"/>
              </w:rPr>
            </w:pPr>
            <w:r>
              <w:rPr>
                <w:color w:val="000000"/>
                <w:sz w:val="18"/>
                <w:lang w:eastAsia="ja-JP"/>
              </w:rPr>
              <w:t>ケーブル・</w:t>
            </w:r>
            <w:r w:rsidR="008210A1">
              <w:rPr>
                <w:rFonts w:hint="eastAsia"/>
                <w:color w:val="000000"/>
                <w:sz w:val="18"/>
                <w:lang w:eastAsia="ja-JP"/>
              </w:rPr>
              <w:t>充電器</w:t>
            </w:r>
            <w:r>
              <w:rPr>
                <w:color w:val="000000"/>
                <w:sz w:val="18"/>
                <w:lang w:eastAsia="ja-JP"/>
              </w:rPr>
              <w:t>・アダプター等</w:t>
            </w:r>
          </w:p>
        </w:tc>
      </w:tr>
    </w:tbl>
    <w:p w14:paraId="68C94FD6" w14:textId="77777777" w:rsidR="00C16E58" w:rsidRDefault="003D5939">
      <w:pPr>
        <w:spacing w:before="40" w:after="0" w:line="216" w:lineRule="auto"/>
        <w:rPr>
          <w:lang w:eastAsia="ja-JP"/>
        </w:rPr>
      </w:pPr>
      <w:r>
        <w:rPr>
          <w:b/>
          <w:color w:val="E60000"/>
          <w:sz w:val="19"/>
          <w:lang w:eastAsia="ja-JP"/>
        </w:rPr>
        <w:t>注</w:t>
      </w:r>
      <w:r>
        <w:rPr>
          <w:b/>
          <w:color w:val="E60000"/>
          <w:sz w:val="17"/>
          <w:lang w:eastAsia="ja-JP"/>
        </w:rPr>
        <w:t xml:space="preserve">　＊電池・電球などは対象外のため取り外し各自治体の処分方法で処理してください</w:t>
      </w:r>
      <w:r>
        <w:rPr>
          <w:b/>
          <w:color w:val="E60000"/>
          <w:sz w:val="17"/>
          <w:lang w:eastAsia="ja-JP"/>
        </w:rPr>
        <w:br/>
        <w:t xml:space="preserve">　　コピー機・スキャナーは対象外となります。</w:t>
      </w:r>
      <w:r>
        <w:rPr>
          <w:b/>
          <w:color w:val="E60000"/>
          <w:sz w:val="17"/>
          <w:lang w:eastAsia="ja-JP"/>
        </w:rPr>
        <w:br/>
        <w:t xml:space="preserve">　　オーディオ機器のセパレートスピーカーなどスピーカー単体は対象外です</w:t>
      </w:r>
      <w:r>
        <w:rPr>
          <w:b/>
          <w:color w:val="E60000"/>
          <w:sz w:val="17"/>
          <w:lang w:eastAsia="ja-JP"/>
        </w:rPr>
        <w:br/>
        <w:t xml:space="preserve">　　木枠のオーディオ機器など木製部分のあるものは引き取り出来ません</w:t>
      </w:r>
      <w:r>
        <w:rPr>
          <w:b/>
          <w:color w:val="E60000"/>
          <w:sz w:val="17"/>
          <w:lang w:eastAsia="ja-JP"/>
        </w:rPr>
        <w:br/>
        <w:t xml:space="preserve">　　カメラのフィルム、ビデオカメラのテープ・ディスクは外してください</w:t>
      </w:r>
    </w:p>
    <w:sectPr w:rsidR="00C16E58" w:rsidSect="00034616">
      <w:pgSz w:w="16838" w:h="11906" w:orient="landscape"/>
      <w:pgMar w:top="312" w:right="340" w:bottom="312" w:left="3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D5939"/>
    <w:rsid w:val="008210A1"/>
    <w:rsid w:val="00AA1D8D"/>
    <w:rsid w:val="00B47730"/>
    <w:rsid w:val="00C16E58"/>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01AC0743"/>
  <w14:defaultImageDpi w14:val="300"/>
  <w15:docId w15:val="{7B5A944D-FE8B-4039-9D9A-911CA9B37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游ゴシック" w:eastAsia="游ゴシック" w:hAnsi="游ゴシック"/>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172</Words>
  <Characters>982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CL0420U</cp:lastModifiedBy>
  <cp:revision>3</cp:revision>
  <cp:lastPrinted>2026-08-20T04:36:00Z</cp:lastPrinted>
  <dcterms:created xsi:type="dcterms:W3CDTF">2013-12-23T23:15:00Z</dcterms:created>
  <dcterms:modified xsi:type="dcterms:W3CDTF">2026-08-20T05:00:00Z</dcterms:modified>
  <cp:category/>
</cp:coreProperties>
</file>